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E40A" w14:textId="77777777" w:rsidR="00FF16B7" w:rsidRDefault="00241FF5">
      <w:r>
        <w:rPr>
          <w:b/>
          <w:sz w:val="30"/>
        </w:rPr>
        <w:t>M</w:t>
      </w:r>
      <w:r>
        <w:rPr>
          <w:b/>
          <w:sz w:val="30"/>
        </w:rPr>
        <w:t>Ẫ</w:t>
      </w:r>
      <w:r>
        <w:rPr>
          <w:b/>
          <w:sz w:val="30"/>
        </w:rPr>
        <w:t>U 02 — Ti</w:t>
      </w:r>
      <w:r>
        <w:rPr>
          <w:b/>
          <w:sz w:val="30"/>
        </w:rPr>
        <w:t>ế</w:t>
      </w:r>
      <w:r>
        <w:rPr>
          <w:b/>
          <w:sz w:val="30"/>
        </w:rPr>
        <w:t>p c</w:t>
      </w:r>
      <w:r>
        <w:rPr>
          <w:b/>
          <w:sz w:val="30"/>
        </w:rPr>
        <w:t>ậ</w:t>
      </w:r>
      <w:r>
        <w:rPr>
          <w:b/>
          <w:sz w:val="30"/>
        </w:rPr>
        <w:t>n t</w:t>
      </w:r>
      <w:r>
        <w:rPr>
          <w:b/>
          <w:sz w:val="30"/>
        </w:rPr>
        <w:t>ừ</w:t>
      </w:r>
      <w:r>
        <w:rPr>
          <w:b/>
          <w:sz w:val="30"/>
        </w:rPr>
        <w:t xml:space="preserve"> l</w:t>
      </w:r>
      <w:r>
        <w:rPr>
          <w:b/>
          <w:sz w:val="30"/>
        </w:rPr>
        <w:t>ợ</w:t>
      </w:r>
      <w:r>
        <w:rPr>
          <w:b/>
          <w:sz w:val="30"/>
        </w:rPr>
        <w:t>i ích phát tri</w:t>
      </w:r>
      <w:r>
        <w:rPr>
          <w:b/>
          <w:sz w:val="30"/>
        </w:rPr>
        <w:t>ể</w:t>
      </w:r>
      <w:r>
        <w:rPr>
          <w:b/>
          <w:sz w:val="30"/>
        </w:rPr>
        <w:t>n kinh t</w:t>
      </w:r>
      <w:r>
        <w:rPr>
          <w:b/>
          <w:sz w:val="30"/>
        </w:rPr>
        <w:t>ế</w:t>
      </w:r>
      <w:r>
        <w:rPr>
          <w:b/>
          <w:sz w:val="30"/>
        </w:rPr>
        <w:t xml:space="preserve"> - du l</w:t>
      </w:r>
      <w:r>
        <w:rPr>
          <w:b/>
          <w:sz w:val="30"/>
        </w:rPr>
        <w:t>ị</w:t>
      </w:r>
      <w:r>
        <w:rPr>
          <w:b/>
          <w:sz w:val="30"/>
        </w:rPr>
        <w:t>ch</w:t>
      </w:r>
    </w:p>
    <w:p w14:paraId="431F30C5" w14:textId="77777777" w:rsidR="00FF16B7" w:rsidRDefault="00241FF5">
      <w:r>
        <w:rPr>
          <w:sz w:val="24"/>
        </w:rPr>
        <w:t>Tiêu đ</w:t>
      </w:r>
      <w:r>
        <w:rPr>
          <w:sz w:val="24"/>
        </w:rPr>
        <w:t>ề</w:t>
      </w:r>
      <w:r>
        <w:rPr>
          <w:sz w:val="24"/>
        </w:rPr>
        <w:t xml:space="preserve"> ki</w:t>
      </w:r>
      <w:r>
        <w:rPr>
          <w:sz w:val="24"/>
        </w:rPr>
        <w:t>ế</w:t>
      </w:r>
      <w:r>
        <w:rPr>
          <w:sz w:val="24"/>
        </w:rPr>
        <w:t>n ngh</w:t>
      </w:r>
      <w:r>
        <w:rPr>
          <w:sz w:val="24"/>
        </w:rPr>
        <w:t>ị</w:t>
      </w:r>
      <w:r>
        <w:rPr>
          <w:sz w:val="24"/>
        </w:rPr>
        <w:t>: Đ</w:t>
      </w:r>
      <w:r>
        <w:rPr>
          <w:sz w:val="24"/>
        </w:rPr>
        <w:t>ề</w:t>
      </w:r>
      <w:r>
        <w:rPr>
          <w:sz w:val="24"/>
        </w:rPr>
        <w:t xml:space="preserve"> xu</w:t>
      </w:r>
      <w:r>
        <w:rPr>
          <w:sz w:val="24"/>
        </w:rPr>
        <w:t>ấ</w:t>
      </w:r>
      <w:r>
        <w:rPr>
          <w:sz w:val="24"/>
        </w:rPr>
        <w:t>t bi</w:t>
      </w:r>
      <w:r>
        <w:rPr>
          <w:sz w:val="24"/>
        </w:rPr>
        <w:t>ế</w:t>
      </w:r>
      <w:r>
        <w:rPr>
          <w:sz w:val="24"/>
        </w:rPr>
        <w:t>n làng c</w:t>
      </w:r>
      <w:r>
        <w:rPr>
          <w:sz w:val="24"/>
        </w:rPr>
        <w:t>ổ</w:t>
      </w:r>
      <w:r>
        <w:rPr>
          <w:sz w:val="24"/>
        </w:rPr>
        <w:t xml:space="preserve"> H</w:t>
      </w:r>
      <w:r>
        <w:rPr>
          <w:sz w:val="24"/>
        </w:rPr>
        <w:t>ả</w:t>
      </w:r>
      <w:r>
        <w:rPr>
          <w:sz w:val="24"/>
        </w:rPr>
        <w:t>i B</w:t>
      </w:r>
      <w:r>
        <w:rPr>
          <w:sz w:val="24"/>
        </w:rPr>
        <w:t>ố</w:t>
      </w:r>
      <w:r>
        <w:rPr>
          <w:sz w:val="24"/>
        </w:rPr>
        <w:t>i thành tài s</w:t>
      </w:r>
      <w:r>
        <w:rPr>
          <w:sz w:val="24"/>
        </w:rPr>
        <w:t>ả</w:t>
      </w:r>
      <w:r>
        <w:rPr>
          <w:sz w:val="24"/>
        </w:rPr>
        <w:t>n du l</w:t>
      </w:r>
      <w:r>
        <w:rPr>
          <w:sz w:val="24"/>
        </w:rPr>
        <w:t>ị</w:t>
      </w:r>
      <w:r>
        <w:rPr>
          <w:sz w:val="24"/>
        </w:rPr>
        <w:t>ch - văn hóa c</w:t>
      </w:r>
      <w:r>
        <w:rPr>
          <w:sz w:val="24"/>
        </w:rPr>
        <w:t>ủ</w:t>
      </w:r>
      <w:r>
        <w:rPr>
          <w:sz w:val="24"/>
        </w:rPr>
        <w:t>a D</w:t>
      </w:r>
      <w:r>
        <w:rPr>
          <w:sz w:val="24"/>
        </w:rPr>
        <w:t>ự</w:t>
      </w:r>
      <w:r>
        <w:rPr>
          <w:sz w:val="24"/>
        </w:rPr>
        <w:t xml:space="preserve"> án Tr</w:t>
      </w:r>
      <w:r>
        <w:rPr>
          <w:sz w:val="24"/>
        </w:rPr>
        <w:t>ụ</w:t>
      </w:r>
      <w:r>
        <w:rPr>
          <w:sz w:val="24"/>
        </w:rPr>
        <w:t>c Đ</w:t>
      </w:r>
      <w:r>
        <w:rPr>
          <w:sz w:val="24"/>
        </w:rPr>
        <w:t>ạ</w:t>
      </w:r>
      <w:r>
        <w:rPr>
          <w:sz w:val="24"/>
        </w:rPr>
        <w:t>i l</w:t>
      </w:r>
      <w:r>
        <w:rPr>
          <w:sz w:val="24"/>
        </w:rPr>
        <w:t>ộ</w:t>
      </w:r>
      <w:r>
        <w:rPr>
          <w:sz w:val="24"/>
        </w:rPr>
        <w:t xml:space="preserve"> C</w:t>
      </w:r>
      <w:r>
        <w:rPr>
          <w:sz w:val="24"/>
        </w:rPr>
        <w:t>ả</w:t>
      </w:r>
      <w:r>
        <w:rPr>
          <w:sz w:val="24"/>
        </w:rPr>
        <w:t>nh quan Sông H</w:t>
      </w:r>
      <w:r>
        <w:rPr>
          <w:sz w:val="24"/>
        </w:rPr>
        <w:t>ồ</w:t>
      </w:r>
      <w:r>
        <w:rPr>
          <w:sz w:val="24"/>
        </w:rPr>
        <w:t>ng thay vì gi</w:t>
      </w:r>
      <w:r>
        <w:rPr>
          <w:sz w:val="24"/>
        </w:rPr>
        <w:t>ả</w:t>
      </w:r>
      <w:r>
        <w:rPr>
          <w:sz w:val="24"/>
        </w:rPr>
        <w:t>i t</w:t>
      </w:r>
      <w:r>
        <w:rPr>
          <w:sz w:val="24"/>
        </w:rPr>
        <w:t>ỏ</w:t>
      </w:r>
      <w:r>
        <w:rPr>
          <w:sz w:val="24"/>
        </w:rPr>
        <w:t>a</w:t>
      </w:r>
    </w:p>
    <w:p w14:paraId="1E9EC6F1" w14:textId="77777777" w:rsidR="00FF16B7" w:rsidRDefault="00241FF5">
      <w:r>
        <w:rPr>
          <w:sz w:val="24"/>
        </w:rPr>
        <w:t>Kính g</w:t>
      </w:r>
      <w:r>
        <w:rPr>
          <w:sz w:val="24"/>
        </w:rPr>
        <w:t>ử</w:t>
      </w:r>
      <w:r>
        <w:rPr>
          <w:sz w:val="24"/>
        </w:rPr>
        <w:t>i: Lãnh đ</w:t>
      </w:r>
      <w:r>
        <w:rPr>
          <w:sz w:val="24"/>
        </w:rPr>
        <w:t>ạ</w:t>
      </w:r>
      <w:r>
        <w:rPr>
          <w:sz w:val="24"/>
        </w:rPr>
        <w:t xml:space="preserve">o </w:t>
      </w:r>
      <w:r>
        <w:rPr>
          <w:sz w:val="24"/>
        </w:rPr>
        <w:t>Ủ</w:t>
      </w:r>
      <w:r>
        <w:rPr>
          <w:sz w:val="24"/>
        </w:rPr>
        <w:t>y ban nhân dân Thành ph</w:t>
      </w:r>
      <w:r>
        <w:rPr>
          <w:sz w:val="24"/>
        </w:rPr>
        <w:t>ố</w:t>
      </w:r>
      <w:r>
        <w:rPr>
          <w:sz w:val="24"/>
        </w:rPr>
        <w:t xml:space="preserve"> Hà N</w:t>
      </w:r>
      <w:r>
        <w:rPr>
          <w:sz w:val="24"/>
        </w:rPr>
        <w:t>ộ</w:t>
      </w:r>
      <w:r>
        <w:rPr>
          <w:sz w:val="24"/>
        </w:rPr>
        <w:t>i</w:t>
      </w:r>
    </w:p>
    <w:p w14:paraId="4C42C911" w14:textId="77777777" w:rsidR="00FF16B7" w:rsidRDefault="00241FF5">
      <w:r>
        <w:rPr>
          <w:sz w:val="24"/>
        </w:rPr>
        <w:t>Chúng tôi, cư dân làng H</w:t>
      </w:r>
      <w:r>
        <w:rPr>
          <w:sz w:val="24"/>
        </w:rPr>
        <w:t>ả</w:t>
      </w:r>
      <w:r>
        <w:rPr>
          <w:sz w:val="24"/>
        </w:rPr>
        <w:t>i B</w:t>
      </w:r>
      <w:r>
        <w:rPr>
          <w:sz w:val="24"/>
        </w:rPr>
        <w:t>ố</w:t>
      </w:r>
      <w:r>
        <w:rPr>
          <w:sz w:val="24"/>
        </w:rPr>
        <w:t>i (xã Vĩnh Thanh, Hà N</w:t>
      </w:r>
      <w:r>
        <w:rPr>
          <w:sz w:val="24"/>
        </w:rPr>
        <w:t>ộ</w:t>
      </w:r>
      <w:r>
        <w:rPr>
          <w:sz w:val="24"/>
        </w:rPr>
        <w:t>i), xin trân tr</w:t>
      </w:r>
      <w:r>
        <w:rPr>
          <w:sz w:val="24"/>
        </w:rPr>
        <w:t>ọ</w:t>
      </w:r>
      <w:r>
        <w:rPr>
          <w:sz w:val="24"/>
        </w:rPr>
        <w:t>ng g</w:t>
      </w:r>
      <w:r>
        <w:rPr>
          <w:sz w:val="24"/>
        </w:rPr>
        <w:t>ử</w:t>
      </w:r>
      <w:r>
        <w:rPr>
          <w:sz w:val="24"/>
        </w:rPr>
        <w:t>i đ</w:t>
      </w:r>
      <w:r>
        <w:rPr>
          <w:sz w:val="24"/>
        </w:rPr>
        <w:t>ế</w:t>
      </w:r>
      <w:r>
        <w:rPr>
          <w:sz w:val="24"/>
        </w:rPr>
        <w:t>n Lãnh đ</w:t>
      </w:r>
      <w:r>
        <w:rPr>
          <w:sz w:val="24"/>
        </w:rPr>
        <w:t>ạ</w:t>
      </w:r>
      <w:r>
        <w:rPr>
          <w:sz w:val="24"/>
        </w:rPr>
        <w:t>o Thành ph</w:t>
      </w:r>
      <w:r>
        <w:rPr>
          <w:sz w:val="24"/>
        </w:rPr>
        <w:t>ố</w:t>
      </w:r>
      <w:r>
        <w:rPr>
          <w:sz w:val="24"/>
        </w:rPr>
        <w:t xml:space="preserve"> ki</w:t>
      </w:r>
      <w:r>
        <w:rPr>
          <w:sz w:val="24"/>
        </w:rPr>
        <w:t>ế</w:t>
      </w:r>
      <w:r>
        <w:rPr>
          <w:sz w:val="24"/>
        </w:rPr>
        <w:t>n ngh</w:t>
      </w:r>
      <w:r>
        <w:rPr>
          <w:sz w:val="24"/>
        </w:rPr>
        <w:t>ị</w:t>
      </w:r>
      <w:r>
        <w:rPr>
          <w:sz w:val="24"/>
        </w:rPr>
        <w:t xml:space="preserve"> v</w:t>
      </w:r>
      <w:r>
        <w:rPr>
          <w:sz w:val="24"/>
        </w:rPr>
        <w:t>ề</w:t>
      </w:r>
      <w:r>
        <w:rPr>
          <w:sz w:val="24"/>
        </w:rPr>
        <w:t xml:space="preserve"> m</w:t>
      </w:r>
      <w:r>
        <w:rPr>
          <w:sz w:val="24"/>
        </w:rPr>
        <w:t>ộ</w:t>
      </w:r>
      <w:r>
        <w:rPr>
          <w:sz w:val="24"/>
        </w:rPr>
        <w:t>t hư</w:t>
      </w:r>
      <w:r>
        <w:rPr>
          <w:sz w:val="24"/>
        </w:rPr>
        <w:t>ớ</w:t>
      </w:r>
      <w:r>
        <w:rPr>
          <w:sz w:val="24"/>
        </w:rPr>
        <w:t>ng đi v</w:t>
      </w:r>
      <w:r>
        <w:rPr>
          <w:sz w:val="24"/>
        </w:rPr>
        <w:t>ừ</w:t>
      </w:r>
      <w:r>
        <w:rPr>
          <w:sz w:val="24"/>
        </w:rPr>
        <w:t>a b</w:t>
      </w:r>
      <w:r>
        <w:rPr>
          <w:sz w:val="24"/>
        </w:rPr>
        <w:t>ả</w:t>
      </w:r>
      <w:r>
        <w:rPr>
          <w:sz w:val="24"/>
        </w:rPr>
        <w:t>o t</w:t>
      </w:r>
      <w:r>
        <w:rPr>
          <w:sz w:val="24"/>
        </w:rPr>
        <w:t>ồ</w:t>
      </w:r>
      <w:r>
        <w:rPr>
          <w:sz w:val="24"/>
        </w:rPr>
        <w:t>n di s</w:t>
      </w:r>
      <w:r>
        <w:rPr>
          <w:sz w:val="24"/>
        </w:rPr>
        <w:t>ả</w:t>
      </w:r>
      <w:r>
        <w:rPr>
          <w:sz w:val="24"/>
        </w:rPr>
        <w:t>n, v</w:t>
      </w:r>
      <w:r>
        <w:rPr>
          <w:sz w:val="24"/>
        </w:rPr>
        <w:t>ừ</w:t>
      </w:r>
      <w:r>
        <w:rPr>
          <w:sz w:val="24"/>
        </w:rPr>
        <w:t>a t</w:t>
      </w:r>
      <w:r>
        <w:rPr>
          <w:sz w:val="24"/>
        </w:rPr>
        <w:t>ố</w:t>
      </w:r>
      <w:r>
        <w:rPr>
          <w:sz w:val="24"/>
        </w:rPr>
        <w:t>i ưu hóa giá tr</w:t>
      </w:r>
      <w:r>
        <w:rPr>
          <w:sz w:val="24"/>
        </w:rPr>
        <w:t>ị</w:t>
      </w:r>
      <w:r>
        <w:rPr>
          <w:sz w:val="24"/>
        </w:rPr>
        <w:t xml:space="preserve"> kinh t</w:t>
      </w:r>
      <w:r>
        <w:rPr>
          <w:sz w:val="24"/>
        </w:rPr>
        <w:t>ế</w:t>
      </w:r>
      <w:r>
        <w:rPr>
          <w:sz w:val="24"/>
        </w:rPr>
        <w:t xml:space="preserve"> cho D</w:t>
      </w:r>
      <w:r>
        <w:rPr>
          <w:sz w:val="24"/>
        </w:rPr>
        <w:t>ự</w:t>
      </w:r>
      <w:r>
        <w:rPr>
          <w:sz w:val="24"/>
        </w:rPr>
        <w:t xml:space="preserve"> án Tr</w:t>
      </w:r>
      <w:r>
        <w:rPr>
          <w:sz w:val="24"/>
        </w:rPr>
        <w:t>ụ</w:t>
      </w:r>
      <w:r>
        <w:rPr>
          <w:sz w:val="24"/>
        </w:rPr>
        <w:t>c Đ</w:t>
      </w:r>
      <w:r>
        <w:rPr>
          <w:sz w:val="24"/>
        </w:rPr>
        <w:t>ạ</w:t>
      </w:r>
      <w:r>
        <w:rPr>
          <w:sz w:val="24"/>
        </w:rPr>
        <w:t>i l</w:t>
      </w:r>
      <w:r>
        <w:rPr>
          <w:sz w:val="24"/>
        </w:rPr>
        <w:t>ộ</w:t>
      </w:r>
      <w:r>
        <w:rPr>
          <w:sz w:val="24"/>
        </w:rPr>
        <w:t xml:space="preserve"> C</w:t>
      </w:r>
      <w:r>
        <w:rPr>
          <w:sz w:val="24"/>
        </w:rPr>
        <w:t>ả</w:t>
      </w:r>
      <w:r>
        <w:rPr>
          <w:sz w:val="24"/>
        </w:rPr>
        <w:t>nh quan Sông H</w:t>
      </w:r>
      <w:r>
        <w:rPr>
          <w:sz w:val="24"/>
        </w:rPr>
        <w:t>ồ</w:t>
      </w:r>
      <w:r>
        <w:rPr>
          <w:sz w:val="24"/>
        </w:rPr>
        <w:t>ng.</w:t>
      </w:r>
    </w:p>
    <w:p w14:paraId="39286FE3" w14:textId="77777777" w:rsidR="00FF16B7" w:rsidRDefault="00241FF5">
      <w:r>
        <w:rPr>
          <w:sz w:val="24"/>
        </w:rPr>
        <w:t>I. Vùng đ</w:t>
      </w:r>
      <w:r>
        <w:rPr>
          <w:sz w:val="24"/>
        </w:rPr>
        <w:t>ấ</w:t>
      </w:r>
      <w:r>
        <w:rPr>
          <w:sz w:val="24"/>
        </w:rPr>
        <w:t>t H</w:t>
      </w:r>
      <w:r>
        <w:rPr>
          <w:sz w:val="24"/>
        </w:rPr>
        <w:t>ả</w:t>
      </w:r>
      <w:r>
        <w:rPr>
          <w:sz w:val="24"/>
        </w:rPr>
        <w:t>i B</w:t>
      </w:r>
      <w:r>
        <w:rPr>
          <w:sz w:val="24"/>
        </w:rPr>
        <w:t>ố</w:t>
      </w:r>
      <w:r>
        <w:rPr>
          <w:sz w:val="24"/>
        </w:rPr>
        <w:t>i — Vĩnh Thanh là tài s</w:t>
      </w:r>
      <w:r>
        <w:rPr>
          <w:sz w:val="24"/>
        </w:rPr>
        <w:t>ả</w:t>
      </w:r>
      <w:r>
        <w:rPr>
          <w:sz w:val="24"/>
        </w:rPr>
        <w:t>n, không ph</w:t>
      </w:r>
      <w:r>
        <w:rPr>
          <w:sz w:val="24"/>
        </w:rPr>
        <w:t>ả</w:t>
      </w:r>
      <w:r>
        <w:rPr>
          <w:sz w:val="24"/>
        </w:rPr>
        <w:t>i v</w:t>
      </w:r>
      <w:r>
        <w:rPr>
          <w:sz w:val="24"/>
        </w:rPr>
        <w:t>ậ</w:t>
      </w:r>
      <w:r>
        <w:rPr>
          <w:sz w:val="24"/>
        </w:rPr>
        <w:t>t c</w:t>
      </w:r>
      <w:r>
        <w:rPr>
          <w:sz w:val="24"/>
        </w:rPr>
        <w:t>ả</w:t>
      </w:r>
      <w:r>
        <w:rPr>
          <w:sz w:val="24"/>
        </w:rPr>
        <w:t>n</w:t>
      </w:r>
    </w:p>
    <w:p w14:paraId="5F5921B8" w14:textId="77777777" w:rsidR="00FF16B7" w:rsidRDefault="00241FF5">
      <w:r>
        <w:rPr>
          <w:sz w:val="24"/>
        </w:rPr>
        <w:t>Xã Vĩnh Thanh đư</w:t>
      </w:r>
      <w:r>
        <w:rPr>
          <w:sz w:val="24"/>
        </w:rPr>
        <w:t>ợ</w:t>
      </w:r>
      <w:r>
        <w:rPr>
          <w:sz w:val="24"/>
        </w:rPr>
        <w:t>c hình thành t</w:t>
      </w:r>
      <w:r>
        <w:rPr>
          <w:sz w:val="24"/>
        </w:rPr>
        <w:t>ừ</w:t>
      </w:r>
      <w:r>
        <w:rPr>
          <w:sz w:val="24"/>
        </w:rPr>
        <w:t xml:space="preserve"> các làng c</w:t>
      </w:r>
      <w:r>
        <w:rPr>
          <w:sz w:val="24"/>
        </w:rPr>
        <w:t>ổ</w:t>
      </w:r>
      <w:r>
        <w:rPr>
          <w:sz w:val="24"/>
        </w:rPr>
        <w:t xml:space="preserve"> H</w:t>
      </w:r>
      <w:r>
        <w:rPr>
          <w:sz w:val="24"/>
        </w:rPr>
        <w:t>ả</w:t>
      </w:r>
      <w:r>
        <w:rPr>
          <w:sz w:val="24"/>
        </w:rPr>
        <w:t>i B</w:t>
      </w:r>
      <w:r>
        <w:rPr>
          <w:sz w:val="24"/>
        </w:rPr>
        <w:t>ố</w:t>
      </w:r>
      <w:r>
        <w:rPr>
          <w:sz w:val="24"/>
        </w:rPr>
        <w:t>i, Tàm Xá, Vĩnh Ng</w:t>
      </w:r>
      <w:r>
        <w:rPr>
          <w:sz w:val="24"/>
        </w:rPr>
        <w:t>ọ</w:t>
      </w:r>
      <w:r>
        <w:rPr>
          <w:sz w:val="24"/>
        </w:rPr>
        <w:t>c — nh</w:t>
      </w:r>
      <w:r>
        <w:rPr>
          <w:sz w:val="24"/>
        </w:rPr>
        <w:t>ữ</w:t>
      </w:r>
      <w:r>
        <w:rPr>
          <w:sz w:val="24"/>
        </w:rPr>
        <w:t>ng c</w:t>
      </w:r>
      <w:r>
        <w:rPr>
          <w:sz w:val="24"/>
        </w:rPr>
        <w:t>ộ</w:t>
      </w:r>
      <w:r>
        <w:rPr>
          <w:sz w:val="24"/>
        </w:rPr>
        <w:t>ng đ</w:t>
      </w:r>
      <w:r>
        <w:rPr>
          <w:sz w:val="24"/>
        </w:rPr>
        <w:t>ồ</w:t>
      </w:r>
      <w:r>
        <w:rPr>
          <w:sz w:val="24"/>
        </w:rPr>
        <w:t>ng cư dân có l</w:t>
      </w:r>
      <w:r>
        <w:rPr>
          <w:sz w:val="24"/>
        </w:rPr>
        <w:t>ị</w:t>
      </w:r>
      <w:r>
        <w:rPr>
          <w:sz w:val="24"/>
        </w:rPr>
        <w:t>ch s</w:t>
      </w:r>
      <w:r>
        <w:rPr>
          <w:sz w:val="24"/>
        </w:rPr>
        <w:t>ử</w:t>
      </w:r>
      <w:r>
        <w:rPr>
          <w:sz w:val="24"/>
        </w:rPr>
        <w:t xml:space="preserve"> l</w:t>
      </w:r>
      <w:r>
        <w:rPr>
          <w:sz w:val="24"/>
        </w:rPr>
        <w:t>ậ</w:t>
      </w:r>
      <w:r>
        <w:rPr>
          <w:sz w:val="24"/>
        </w:rPr>
        <w:t>p làng liên t</w:t>
      </w:r>
      <w:r>
        <w:rPr>
          <w:sz w:val="24"/>
        </w:rPr>
        <w:t>ụ</w:t>
      </w:r>
      <w:r>
        <w:rPr>
          <w:sz w:val="24"/>
        </w:rPr>
        <w:t>c hơn 2.000 năm bên b</w:t>
      </w:r>
      <w:r>
        <w:rPr>
          <w:sz w:val="24"/>
        </w:rPr>
        <w:t>ờ</w:t>
      </w:r>
      <w:r>
        <w:rPr>
          <w:sz w:val="24"/>
        </w:rPr>
        <w:t xml:space="preserve"> B</w:t>
      </w:r>
      <w:r>
        <w:rPr>
          <w:sz w:val="24"/>
        </w:rPr>
        <w:t>ắ</w:t>
      </w:r>
      <w:r>
        <w:rPr>
          <w:sz w:val="24"/>
        </w:rPr>
        <w:t>c sông H</w:t>
      </w:r>
      <w:r>
        <w:rPr>
          <w:sz w:val="24"/>
        </w:rPr>
        <w:t>ồ</w:t>
      </w:r>
      <w:r>
        <w:rPr>
          <w:sz w:val="24"/>
        </w:rPr>
        <w:t>ng. Tàm Xá n</w:t>
      </w:r>
      <w:r>
        <w:rPr>
          <w:sz w:val="24"/>
        </w:rPr>
        <w:t>ổ</w:t>
      </w:r>
      <w:r>
        <w:rPr>
          <w:sz w:val="24"/>
        </w:rPr>
        <w:t>i ti</w:t>
      </w:r>
      <w:r>
        <w:rPr>
          <w:sz w:val="24"/>
        </w:rPr>
        <w:t>ế</w:t>
      </w:r>
      <w:r>
        <w:rPr>
          <w:sz w:val="24"/>
        </w:rPr>
        <w:t>ng v</w:t>
      </w:r>
      <w:r>
        <w:rPr>
          <w:sz w:val="24"/>
        </w:rPr>
        <w:t>ớ</w:t>
      </w:r>
      <w:r>
        <w:rPr>
          <w:sz w:val="24"/>
        </w:rPr>
        <w:t>i đình c</w:t>
      </w:r>
      <w:r>
        <w:rPr>
          <w:sz w:val="24"/>
        </w:rPr>
        <w:t>ổ</w:t>
      </w:r>
      <w:r>
        <w:rPr>
          <w:sz w:val="24"/>
        </w:rPr>
        <w:t xml:space="preserve"> đư</w:t>
      </w:r>
      <w:r>
        <w:rPr>
          <w:sz w:val="24"/>
        </w:rPr>
        <w:t>ợ</w:t>
      </w:r>
      <w:r>
        <w:rPr>
          <w:sz w:val="24"/>
        </w:rPr>
        <w:t>c x</w:t>
      </w:r>
      <w:r>
        <w:rPr>
          <w:sz w:val="24"/>
        </w:rPr>
        <w:t>ế</w:t>
      </w:r>
      <w:r>
        <w:rPr>
          <w:sz w:val="24"/>
        </w:rPr>
        <w:t>p h</w:t>
      </w:r>
      <w:r>
        <w:rPr>
          <w:sz w:val="24"/>
        </w:rPr>
        <w:t>ạ</w:t>
      </w:r>
      <w:r>
        <w:rPr>
          <w:sz w:val="24"/>
        </w:rPr>
        <w:t>ng di tích qu</w:t>
      </w:r>
      <w:r>
        <w:rPr>
          <w:sz w:val="24"/>
        </w:rPr>
        <w:t>ố</w:t>
      </w:r>
      <w:r>
        <w:rPr>
          <w:sz w:val="24"/>
        </w:rPr>
        <w:t>c gia năm 1992, lưu gi</w:t>
      </w:r>
      <w:r>
        <w:rPr>
          <w:sz w:val="24"/>
        </w:rPr>
        <w:t>ữ</w:t>
      </w:r>
      <w:r>
        <w:rPr>
          <w:sz w:val="24"/>
        </w:rPr>
        <w:t xml:space="preserve"> 72 s</w:t>
      </w:r>
      <w:r>
        <w:rPr>
          <w:sz w:val="24"/>
        </w:rPr>
        <w:t>ắ</w:t>
      </w:r>
      <w:r>
        <w:rPr>
          <w:sz w:val="24"/>
        </w:rPr>
        <w:t>c phong t</w:t>
      </w:r>
      <w:r>
        <w:rPr>
          <w:sz w:val="24"/>
        </w:rPr>
        <w:t>ừ</w:t>
      </w:r>
      <w:r>
        <w:rPr>
          <w:sz w:val="24"/>
        </w:rPr>
        <w:t xml:space="preserve"> th</w:t>
      </w:r>
      <w:r>
        <w:rPr>
          <w:sz w:val="24"/>
        </w:rPr>
        <w:t>ế</w:t>
      </w:r>
      <w:r>
        <w:rPr>
          <w:sz w:val="24"/>
        </w:rPr>
        <w:t xml:space="preserve"> k</w:t>
      </w:r>
      <w:r>
        <w:rPr>
          <w:sz w:val="24"/>
        </w:rPr>
        <w:t>ỷ</w:t>
      </w:r>
      <w:r>
        <w:rPr>
          <w:sz w:val="24"/>
        </w:rPr>
        <w:t xml:space="preserve"> XVII. H</w:t>
      </w:r>
      <w:r>
        <w:rPr>
          <w:sz w:val="24"/>
        </w:rPr>
        <w:t>ả</w:t>
      </w:r>
      <w:r>
        <w:rPr>
          <w:sz w:val="24"/>
        </w:rPr>
        <w:t>i B</w:t>
      </w:r>
      <w:r>
        <w:rPr>
          <w:sz w:val="24"/>
        </w:rPr>
        <w:t>ố</w:t>
      </w:r>
      <w:r>
        <w:rPr>
          <w:sz w:val="24"/>
        </w:rPr>
        <w:t>i g</w:t>
      </w:r>
      <w:r>
        <w:rPr>
          <w:sz w:val="24"/>
        </w:rPr>
        <w:t>ắ</w:t>
      </w:r>
      <w:r>
        <w:rPr>
          <w:sz w:val="24"/>
        </w:rPr>
        <w:t>n v</w:t>
      </w:r>
      <w:r>
        <w:rPr>
          <w:sz w:val="24"/>
        </w:rPr>
        <w:t>ớ</w:t>
      </w:r>
      <w:r>
        <w:rPr>
          <w:sz w:val="24"/>
        </w:rPr>
        <w:t>i huy</w:t>
      </w:r>
      <w:r>
        <w:rPr>
          <w:sz w:val="24"/>
        </w:rPr>
        <w:t>ề</w:t>
      </w:r>
      <w:r>
        <w:rPr>
          <w:sz w:val="24"/>
        </w:rPr>
        <w:t>n s</w:t>
      </w:r>
      <w:r>
        <w:rPr>
          <w:sz w:val="24"/>
        </w:rPr>
        <w:t>ử</w:t>
      </w:r>
      <w:r>
        <w:rPr>
          <w:sz w:val="24"/>
        </w:rPr>
        <w:t xml:space="preserve"> L</w:t>
      </w:r>
      <w:r>
        <w:rPr>
          <w:sz w:val="24"/>
        </w:rPr>
        <w:t>ạ</w:t>
      </w:r>
      <w:r>
        <w:rPr>
          <w:sz w:val="24"/>
        </w:rPr>
        <w:t>c Long Quân - Âu Cơ, có ngh</w:t>
      </w:r>
      <w:r>
        <w:rPr>
          <w:sz w:val="24"/>
        </w:rPr>
        <w:t>ề</w:t>
      </w:r>
      <w:r>
        <w:rPr>
          <w:sz w:val="24"/>
        </w:rPr>
        <w:t xml:space="preserve"> hát </w:t>
      </w:r>
      <w:r>
        <w:rPr>
          <w:sz w:val="24"/>
        </w:rPr>
        <w:t>ố</w:t>
      </w:r>
      <w:r>
        <w:rPr>
          <w:sz w:val="24"/>
        </w:rPr>
        <w:t>ng giao duyên đ</w:t>
      </w:r>
      <w:r>
        <w:rPr>
          <w:sz w:val="24"/>
        </w:rPr>
        <w:t>ộ</w:t>
      </w:r>
      <w:r>
        <w:rPr>
          <w:sz w:val="24"/>
        </w:rPr>
        <w:t>c đáo, có đình Nh</w:t>
      </w:r>
      <w:r>
        <w:rPr>
          <w:sz w:val="24"/>
        </w:rPr>
        <w:t>ị</w:t>
      </w:r>
      <w:r>
        <w:rPr>
          <w:sz w:val="24"/>
        </w:rPr>
        <w:t xml:space="preserve"> th</w:t>
      </w:r>
      <w:r>
        <w:rPr>
          <w:sz w:val="24"/>
        </w:rPr>
        <w:t>ờ</w:t>
      </w:r>
      <w:r>
        <w:rPr>
          <w:sz w:val="24"/>
        </w:rPr>
        <w:t xml:space="preserve"> b</w:t>
      </w:r>
      <w:r>
        <w:rPr>
          <w:sz w:val="24"/>
        </w:rPr>
        <w:t>ậ</w:t>
      </w:r>
      <w:r>
        <w:rPr>
          <w:sz w:val="24"/>
        </w:rPr>
        <w:t>c ti</w:t>
      </w:r>
      <w:r>
        <w:rPr>
          <w:sz w:val="24"/>
        </w:rPr>
        <w:t>ế</w:t>
      </w:r>
      <w:r>
        <w:rPr>
          <w:sz w:val="24"/>
        </w:rPr>
        <w:t>n sĩ tri</w:t>
      </w:r>
      <w:r>
        <w:rPr>
          <w:sz w:val="24"/>
        </w:rPr>
        <w:t>ề</w:t>
      </w:r>
      <w:r>
        <w:rPr>
          <w:sz w:val="24"/>
        </w:rPr>
        <w:t>u Lê và là cái nôi c</w:t>
      </w:r>
      <w:r>
        <w:rPr>
          <w:sz w:val="24"/>
        </w:rPr>
        <w:t>ủ</w:t>
      </w:r>
      <w:r>
        <w:rPr>
          <w:sz w:val="24"/>
        </w:rPr>
        <w:t>a chi b</w:t>
      </w:r>
      <w:r>
        <w:rPr>
          <w:sz w:val="24"/>
        </w:rPr>
        <w:t>ộ</w:t>
      </w:r>
      <w:r>
        <w:rPr>
          <w:sz w:val="24"/>
        </w:rPr>
        <w:t xml:space="preserve"> cách m</w:t>
      </w:r>
      <w:r>
        <w:rPr>
          <w:sz w:val="24"/>
        </w:rPr>
        <w:t>ạ</w:t>
      </w:r>
      <w:r>
        <w:rPr>
          <w:sz w:val="24"/>
        </w:rPr>
        <w:t>ng đ</w:t>
      </w:r>
      <w:r>
        <w:rPr>
          <w:sz w:val="24"/>
        </w:rPr>
        <w:t>ầ</w:t>
      </w:r>
      <w:r>
        <w:rPr>
          <w:sz w:val="24"/>
        </w:rPr>
        <w:t>u tiên th</w:t>
      </w:r>
      <w:r>
        <w:rPr>
          <w:sz w:val="24"/>
        </w:rPr>
        <w:t>ờ</w:t>
      </w:r>
      <w:r>
        <w:rPr>
          <w:sz w:val="24"/>
        </w:rPr>
        <w:t>i k</w:t>
      </w:r>
      <w:r>
        <w:rPr>
          <w:sz w:val="24"/>
        </w:rPr>
        <w:t>ỳ</w:t>
      </w:r>
      <w:r>
        <w:rPr>
          <w:sz w:val="24"/>
        </w:rPr>
        <w:t xml:space="preserve"> ti</w:t>
      </w:r>
      <w:r>
        <w:rPr>
          <w:sz w:val="24"/>
        </w:rPr>
        <w:t>ề</w:t>
      </w:r>
      <w:r>
        <w:rPr>
          <w:sz w:val="24"/>
        </w:rPr>
        <w:t>n kh</w:t>
      </w:r>
      <w:r>
        <w:rPr>
          <w:sz w:val="24"/>
        </w:rPr>
        <w:t>ở</w:t>
      </w:r>
      <w:r>
        <w:rPr>
          <w:sz w:val="24"/>
        </w:rPr>
        <w:t>i nghĩa. Trên vùng đ</w:t>
      </w:r>
      <w:r>
        <w:rPr>
          <w:sz w:val="24"/>
        </w:rPr>
        <w:t>ấ</w:t>
      </w:r>
      <w:r>
        <w:rPr>
          <w:sz w:val="24"/>
        </w:rPr>
        <w:t>t Vĩnh Thanh còn có làng ngh</w:t>
      </w:r>
      <w:r>
        <w:rPr>
          <w:sz w:val="24"/>
        </w:rPr>
        <w:t>ề</w:t>
      </w:r>
      <w:r>
        <w:rPr>
          <w:sz w:val="24"/>
        </w:rPr>
        <w:t xml:space="preserve"> tr</w:t>
      </w:r>
      <w:r>
        <w:rPr>
          <w:sz w:val="24"/>
        </w:rPr>
        <w:t>ồ</w:t>
      </w:r>
      <w:r>
        <w:rPr>
          <w:sz w:val="24"/>
        </w:rPr>
        <w:t>ng qu</w:t>
      </w:r>
      <w:r>
        <w:rPr>
          <w:sz w:val="24"/>
        </w:rPr>
        <w:t>ấ</w:t>
      </w:r>
      <w:r>
        <w:rPr>
          <w:sz w:val="24"/>
        </w:rPr>
        <w:t>t c</w:t>
      </w:r>
      <w:r>
        <w:rPr>
          <w:sz w:val="24"/>
        </w:rPr>
        <w:t>ả</w:t>
      </w:r>
      <w:r>
        <w:rPr>
          <w:sz w:val="24"/>
        </w:rPr>
        <w:t>nh Tàm Xá n</w:t>
      </w:r>
      <w:r>
        <w:rPr>
          <w:sz w:val="24"/>
        </w:rPr>
        <w:t>ổ</w:t>
      </w:r>
      <w:r>
        <w:rPr>
          <w:sz w:val="24"/>
        </w:rPr>
        <w:t xml:space="preserve">i </w:t>
      </w:r>
      <w:r>
        <w:rPr>
          <w:sz w:val="24"/>
        </w:rPr>
        <w:t>ti</w:t>
      </w:r>
      <w:r>
        <w:rPr>
          <w:sz w:val="24"/>
        </w:rPr>
        <w:t>ế</w:t>
      </w:r>
      <w:r>
        <w:rPr>
          <w:sz w:val="24"/>
        </w:rPr>
        <w:t>ng c</w:t>
      </w:r>
      <w:r>
        <w:rPr>
          <w:sz w:val="24"/>
        </w:rPr>
        <w:t>ả</w:t>
      </w:r>
      <w:r>
        <w:rPr>
          <w:sz w:val="24"/>
        </w:rPr>
        <w:t xml:space="preserve"> nư</w:t>
      </w:r>
      <w:r>
        <w:rPr>
          <w:sz w:val="24"/>
        </w:rPr>
        <w:t>ớ</w:t>
      </w:r>
      <w:r>
        <w:rPr>
          <w:sz w:val="24"/>
        </w:rPr>
        <w:t>c, v</w:t>
      </w:r>
      <w:r>
        <w:rPr>
          <w:sz w:val="24"/>
        </w:rPr>
        <w:t>ớ</w:t>
      </w:r>
      <w:r>
        <w:rPr>
          <w:sz w:val="24"/>
        </w:rPr>
        <w:t>i b</w:t>
      </w:r>
      <w:r>
        <w:rPr>
          <w:sz w:val="24"/>
        </w:rPr>
        <w:t>ờ</w:t>
      </w:r>
      <w:r>
        <w:rPr>
          <w:sz w:val="24"/>
        </w:rPr>
        <w:t xml:space="preserve"> bãi màu m</w:t>
      </w:r>
      <w:r>
        <w:rPr>
          <w:sz w:val="24"/>
        </w:rPr>
        <w:t>ỡ</w:t>
      </w:r>
      <w:r>
        <w:rPr>
          <w:sz w:val="24"/>
        </w:rPr>
        <w:t xml:space="preserve"> sông H</w:t>
      </w:r>
      <w:r>
        <w:rPr>
          <w:sz w:val="24"/>
        </w:rPr>
        <w:t>ồ</w:t>
      </w:r>
      <w:r>
        <w:rPr>
          <w:sz w:val="24"/>
        </w:rPr>
        <w:t>ng là đi</w:t>
      </w:r>
      <w:r>
        <w:rPr>
          <w:sz w:val="24"/>
        </w:rPr>
        <w:t>ề</w:t>
      </w:r>
      <w:r>
        <w:rPr>
          <w:sz w:val="24"/>
        </w:rPr>
        <w:t>u ki</w:t>
      </w:r>
      <w:r>
        <w:rPr>
          <w:sz w:val="24"/>
        </w:rPr>
        <w:t>ệ</w:t>
      </w:r>
      <w:r>
        <w:rPr>
          <w:sz w:val="24"/>
        </w:rPr>
        <w:t>n t</w:t>
      </w:r>
      <w:r>
        <w:rPr>
          <w:sz w:val="24"/>
        </w:rPr>
        <w:t>ự</w:t>
      </w:r>
      <w:r>
        <w:rPr>
          <w:sz w:val="24"/>
        </w:rPr>
        <w:t xml:space="preserve"> nhiên hi</w:t>
      </w:r>
      <w:r>
        <w:rPr>
          <w:sz w:val="24"/>
        </w:rPr>
        <w:t>ế</w:t>
      </w:r>
      <w:r>
        <w:rPr>
          <w:sz w:val="24"/>
        </w:rPr>
        <w:t>m có.</w:t>
      </w:r>
    </w:p>
    <w:p w14:paraId="796F69E8" w14:textId="77777777" w:rsidR="00FF16B7" w:rsidRDefault="00241FF5">
      <w:r>
        <w:rPr>
          <w:sz w:val="24"/>
        </w:rPr>
        <w:t>Toàn b</w:t>
      </w:r>
      <w:r>
        <w:rPr>
          <w:sz w:val="24"/>
        </w:rPr>
        <w:t>ộ</w:t>
      </w:r>
      <w:r>
        <w:rPr>
          <w:sz w:val="24"/>
        </w:rPr>
        <w:t xml:space="preserve"> vùng này n</w:t>
      </w:r>
      <w:r>
        <w:rPr>
          <w:sz w:val="24"/>
        </w:rPr>
        <w:t>ằ</w:t>
      </w:r>
      <w:r>
        <w:rPr>
          <w:sz w:val="24"/>
        </w:rPr>
        <w:t xml:space="preserve">m trong vùng </w:t>
      </w:r>
      <w:r>
        <w:rPr>
          <w:sz w:val="24"/>
        </w:rPr>
        <w:t>ả</w:t>
      </w:r>
      <w:r>
        <w:rPr>
          <w:sz w:val="24"/>
        </w:rPr>
        <w:t>nh hư</w:t>
      </w:r>
      <w:r>
        <w:rPr>
          <w:sz w:val="24"/>
        </w:rPr>
        <w:t>ở</w:t>
      </w:r>
      <w:r>
        <w:rPr>
          <w:sz w:val="24"/>
        </w:rPr>
        <w:t>ng tr</w:t>
      </w:r>
      <w:r>
        <w:rPr>
          <w:sz w:val="24"/>
        </w:rPr>
        <w:t>ự</w:t>
      </w:r>
      <w:r>
        <w:rPr>
          <w:sz w:val="24"/>
        </w:rPr>
        <w:t>c ti</w:t>
      </w:r>
      <w:r>
        <w:rPr>
          <w:sz w:val="24"/>
        </w:rPr>
        <w:t>ế</w:t>
      </w:r>
      <w:r>
        <w:rPr>
          <w:sz w:val="24"/>
        </w:rPr>
        <w:t>p c</w:t>
      </w:r>
      <w:r>
        <w:rPr>
          <w:sz w:val="24"/>
        </w:rPr>
        <w:t>ủ</w:t>
      </w:r>
      <w:r>
        <w:rPr>
          <w:sz w:val="24"/>
        </w:rPr>
        <w:t>a Di tích qu</w:t>
      </w:r>
      <w:r>
        <w:rPr>
          <w:sz w:val="24"/>
        </w:rPr>
        <w:t>ố</w:t>
      </w:r>
      <w:r>
        <w:rPr>
          <w:sz w:val="24"/>
        </w:rPr>
        <w:t>c gia Thành C</w:t>
      </w:r>
      <w:r>
        <w:rPr>
          <w:sz w:val="24"/>
        </w:rPr>
        <w:t>ổ</w:t>
      </w:r>
      <w:r>
        <w:rPr>
          <w:sz w:val="24"/>
        </w:rPr>
        <w:t xml:space="preserve"> Loa — kinh đô nư</w:t>
      </w:r>
      <w:r>
        <w:rPr>
          <w:sz w:val="24"/>
        </w:rPr>
        <w:t>ớ</w:t>
      </w:r>
      <w:r>
        <w:rPr>
          <w:sz w:val="24"/>
        </w:rPr>
        <w:t>c Âu L</w:t>
      </w:r>
      <w:r>
        <w:rPr>
          <w:sz w:val="24"/>
        </w:rPr>
        <w:t>ạ</w:t>
      </w:r>
      <w:r>
        <w:rPr>
          <w:sz w:val="24"/>
        </w:rPr>
        <w:t>c th</w:t>
      </w:r>
      <w:r>
        <w:rPr>
          <w:sz w:val="24"/>
        </w:rPr>
        <w:t>ế</w:t>
      </w:r>
      <w:r>
        <w:rPr>
          <w:sz w:val="24"/>
        </w:rPr>
        <w:t xml:space="preserve"> k</w:t>
      </w:r>
      <w:r>
        <w:rPr>
          <w:sz w:val="24"/>
        </w:rPr>
        <w:t>ỷ</w:t>
      </w:r>
      <w:r>
        <w:rPr>
          <w:sz w:val="24"/>
        </w:rPr>
        <w:t xml:space="preserve"> III trư</w:t>
      </w:r>
      <w:r>
        <w:rPr>
          <w:sz w:val="24"/>
        </w:rPr>
        <w:t>ớ</w:t>
      </w:r>
      <w:r>
        <w:rPr>
          <w:sz w:val="24"/>
        </w:rPr>
        <w:t>c Công nguyên — t</w:t>
      </w:r>
      <w:r>
        <w:rPr>
          <w:sz w:val="24"/>
        </w:rPr>
        <w:t>ạ</w:t>
      </w:r>
      <w:r>
        <w:rPr>
          <w:sz w:val="24"/>
        </w:rPr>
        <w:t>o thành m</w:t>
      </w:r>
      <w:r>
        <w:rPr>
          <w:sz w:val="24"/>
        </w:rPr>
        <w:t>ộ</w:t>
      </w:r>
      <w:r>
        <w:rPr>
          <w:sz w:val="24"/>
        </w:rPr>
        <w:t>t hành lang di s</w:t>
      </w:r>
      <w:r>
        <w:rPr>
          <w:sz w:val="24"/>
        </w:rPr>
        <w:t>ả</w:t>
      </w:r>
      <w:r>
        <w:rPr>
          <w:sz w:val="24"/>
        </w:rPr>
        <w:t>n liên hoàn t</w:t>
      </w:r>
      <w:r>
        <w:rPr>
          <w:sz w:val="24"/>
        </w:rPr>
        <w:t>ừ</w:t>
      </w:r>
      <w:r>
        <w:rPr>
          <w:sz w:val="24"/>
        </w:rPr>
        <w:t xml:space="preserve"> th</w:t>
      </w:r>
      <w:r>
        <w:rPr>
          <w:sz w:val="24"/>
        </w:rPr>
        <w:t>ờ</w:t>
      </w:r>
      <w:r>
        <w:rPr>
          <w:sz w:val="24"/>
        </w:rPr>
        <w:t>i ti</w:t>
      </w:r>
      <w:r>
        <w:rPr>
          <w:sz w:val="24"/>
        </w:rPr>
        <w:t>ề</w:t>
      </w:r>
      <w:r>
        <w:rPr>
          <w:sz w:val="24"/>
        </w:rPr>
        <w:t>n s</w:t>
      </w:r>
      <w:r>
        <w:rPr>
          <w:sz w:val="24"/>
        </w:rPr>
        <w:t>ử</w:t>
      </w:r>
      <w:r>
        <w:rPr>
          <w:sz w:val="24"/>
        </w:rPr>
        <w:t xml:space="preserve"> đ</w:t>
      </w:r>
      <w:r>
        <w:rPr>
          <w:sz w:val="24"/>
        </w:rPr>
        <w:t>ế</w:t>
      </w:r>
      <w:r>
        <w:rPr>
          <w:sz w:val="24"/>
        </w:rPr>
        <w:t>n th</w:t>
      </w:r>
      <w:r>
        <w:rPr>
          <w:sz w:val="24"/>
        </w:rPr>
        <w:t>ờ</w:t>
      </w:r>
      <w:r>
        <w:rPr>
          <w:sz w:val="24"/>
        </w:rPr>
        <w:t>i đ</w:t>
      </w:r>
      <w:r>
        <w:rPr>
          <w:sz w:val="24"/>
        </w:rPr>
        <w:t>ạ</w:t>
      </w:r>
      <w:r>
        <w:rPr>
          <w:sz w:val="24"/>
        </w:rPr>
        <w:t>i Hùng Vương, Ngô Quy</w:t>
      </w:r>
      <w:r>
        <w:rPr>
          <w:sz w:val="24"/>
        </w:rPr>
        <w:t>ề</w:t>
      </w:r>
      <w:r>
        <w:rPr>
          <w:sz w:val="24"/>
        </w:rPr>
        <w:t>n, r</w:t>
      </w:r>
      <w:r>
        <w:rPr>
          <w:sz w:val="24"/>
        </w:rPr>
        <w:t>ồ</w:t>
      </w:r>
      <w:r>
        <w:rPr>
          <w:sz w:val="24"/>
        </w:rPr>
        <w:t>i Lê - Nguy</w:t>
      </w:r>
      <w:r>
        <w:rPr>
          <w:sz w:val="24"/>
        </w:rPr>
        <w:t>ễ</w:t>
      </w:r>
      <w:r>
        <w:rPr>
          <w:sz w:val="24"/>
        </w:rPr>
        <w:t>n.</w:t>
      </w:r>
    </w:p>
    <w:p w14:paraId="423ECFDC" w14:textId="77777777" w:rsidR="00FF16B7" w:rsidRDefault="00241FF5">
      <w:r>
        <w:rPr>
          <w:sz w:val="24"/>
        </w:rPr>
        <w:t>II. Mô hình "Làng di s</w:t>
      </w:r>
      <w:r>
        <w:rPr>
          <w:sz w:val="24"/>
        </w:rPr>
        <w:t>ả</w:t>
      </w:r>
      <w:r>
        <w:rPr>
          <w:sz w:val="24"/>
        </w:rPr>
        <w:t>n ven sông" t</w:t>
      </w:r>
      <w:r>
        <w:rPr>
          <w:sz w:val="24"/>
        </w:rPr>
        <w:t>ạ</w:t>
      </w:r>
      <w:r>
        <w:rPr>
          <w:sz w:val="24"/>
        </w:rPr>
        <w:t>o ra giá tr</w:t>
      </w:r>
      <w:r>
        <w:rPr>
          <w:sz w:val="24"/>
        </w:rPr>
        <w:t>ị</w:t>
      </w:r>
      <w:r>
        <w:rPr>
          <w:sz w:val="24"/>
        </w:rPr>
        <w:t xml:space="preserve"> kinh t</w:t>
      </w:r>
      <w:r>
        <w:rPr>
          <w:sz w:val="24"/>
        </w:rPr>
        <w:t>ế</w:t>
      </w:r>
      <w:r>
        <w:rPr>
          <w:sz w:val="24"/>
        </w:rPr>
        <w:t xml:space="preserve"> cao hơn</w:t>
      </w:r>
    </w:p>
    <w:p w14:paraId="7EB8F805" w14:textId="77777777" w:rsidR="00FF16B7" w:rsidRDefault="00241FF5">
      <w:r>
        <w:rPr>
          <w:sz w:val="24"/>
        </w:rPr>
        <w:t>Ngh</w:t>
      </w:r>
      <w:r>
        <w:rPr>
          <w:sz w:val="24"/>
        </w:rPr>
        <w:t>ị</w:t>
      </w:r>
      <w:r>
        <w:rPr>
          <w:sz w:val="24"/>
        </w:rPr>
        <w:t xml:space="preserve"> quy</w:t>
      </w:r>
      <w:r>
        <w:rPr>
          <w:sz w:val="24"/>
        </w:rPr>
        <w:t>ế</w:t>
      </w:r>
      <w:r>
        <w:rPr>
          <w:sz w:val="24"/>
        </w:rPr>
        <w:t>t phê duy</w:t>
      </w:r>
      <w:r>
        <w:rPr>
          <w:sz w:val="24"/>
        </w:rPr>
        <w:t>ệ</w:t>
      </w:r>
      <w:r>
        <w:rPr>
          <w:sz w:val="24"/>
        </w:rPr>
        <w:t>t ch</w:t>
      </w:r>
      <w:r>
        <w:rPr>
          <w:sz w:val="24"/>
        </w:rPr>
        <w:t>ủ</w:t>
      </w:r>
      <w:r>
        <w:rPr>
          <w:sz w:val="24"/>
        </w:rPr>
        <w:t xml:space="preserve"> trương đ</w:t>
      </w:r>
      <w:r>
        <w:rPr>
          <w:sz w:val="24"/>
        </w:rPr>
        <w:t>ầ</w:t>
      </w:r>
      <w:r>
        <w:rPr>
          <w:sz w:val="24"/>
        </w:rPr>
        <w:t>u tư D</w:t>
      </w:r>
      <w:r>
        <w:rPr>
          <w:sz w:val="24"/>
        </w:rPr>
        <w:t>ự</w:t>
      </w:r>
      <w:r>
        <w:rPr>
          <w:sz w:val="24"/>
        </w:rPr>
        <w:t xml:space="preserve"> án ngày 11/5/2026 đã đ</w:t>
      </w:r>
      <w:r>
        <w:rPr>
          <w:sz w:val="24"/>
        </w:rPr>
        <w:t>ề</w:t>
      </w:r>
      <w:r>
        <w:rPr>
          <w:sz w:val="24"/>
        </w:rPr>
        <w:t xml:space="preserve"> ra mô hình "Khu tái thi</w:t>
      </w:r>
      <w:r>
        <w:rPr>
          <w:sz w:val="24"/>
        </w:rPr>
        <w:t>ế</w:t>
      </w:r>
      <w:r>
        <w:rPr>
          <w:sz w:val="24"/>
        </w:rPr>
        <w:t>t đô th</w:t>
      </w:r>
      <w:r>
        <w:rPr>
          <w:sz w:val="24"/>
        </w:rPr>
        <w:t>ị</w:t>
      </w:r>
      <w:r>
        <w:rPr>
          <w:sz w:val="24"/>
        </w:rPr>
        <w:t xml:space="preserve"> làng ngh</w:t>
      </w:r>
      <w:r>
        <w:rPr>
          <w:sz w:val="24"/>
        </w:rPr>
        <w:t>ề</w:t>
      </w:r>
      <w:r>
        <w:rPr>
          <w:sz w:val="24"/>
        </w:rPr>
        <w:t xml:space="preserve"> Bát Tràng" (120 ha) v</w:t>
      </w:r>
      <w:r>
        <w:rPr>
          <w:sz w:val="24"/>
        </w:rPr>
        <w:t>ớ</w:t>
      </w:r>
      <w:r>
        <w:rPr>
          <w:sz w:val="24"/>
        </w:rPr>
        <w:t>i m</w:t>
      </w:r>
      <w:r>
        <w:rPr>
          <w:sz w:val="24"/>
        </w:rPr>
        <w:t>ụ</w:t>
      </w:r>
      <w:r>
        <w:rPr>
          <w:sz w:val="24"/>
        </w:rPr>
        <w:t>c tiêu gìn gi</w:t>
      </w:r>
      <w:r>
        <w:rPr>
          <w:sz w:val="24"/>
        </w:rPr>
        <w:t>ữ</w:t>
      </w:r>
      <w:r>
        <w:rPr>
          <w:sz w:val="24"/>
        </w:rPr>
        <w:t xml:space="preserve"> và h</w:t>
      </w:r>
      <w:r>
        <w:rPr>
          <w:sz w:val="24"/>
        </w:rPr>
        <w:t>ồ</w:t>
      </w:r>
      <w:r>
        <w:rPr>
          <w:sz w:val="24"/>
        </w:rPr>
        <w:t>i sinh làng ngh</w:t>
      </w:r>
      <w:r>
        <w:rPr>
          <w:sz w:val="24"/>
        </w:rPr>
        <w:t>ề</w:t>
      </w:r>
      <w:r>
        <w:rPr>
          <w:sz w:val="24"/>
        </w:rPr>
        <w:t xml:space="preserve"> trong c</w:t>
      </w:r>
      <w:r>
        <w:rPr>
          <w:sz w:val="24"/>
        </w:rPr>
        <w:t>ấ</w:t>
      </w:r>
      <w:r>
        <w:rPr>
          <w:sz w:val="24"/>
        </w:rPr>
        <w:t>u trúc không gian phát tri</w:t>
      </w:r>
      <w:r>
        <w:rPr>
          <w:sz w:val="24"/>
        </w:rPr>
        <w:t>ể</w:t>
      </w:r>
      <w:r>
        <w:rPr>
          <w:sz w:val="24"/>
        </w:rPr>
        <w:t>n m</w:t>
      </w:r>
      <w:r>
        <w:rPr>
          <w:sz w:val="24"/>
        </w:rPr>
        <w:t>ớ</w:t>
      </w:r>
      <w:r>
        <w:rPr>
          <w:sz w:val="24"/>
        </w:rPr>
        <w:t>i. Đây là minh ch</w:t>
      </w:r>
      <w:r>
        <w:rPr>
          <w:sz w:val="24"/>
        </w:rPr>
        <w:t>ứ</w:t>
      </w:r>
      <w:r>
        <w:rPr>
          <w:sz w:val="24"/>
        </w:rPr>
        <w:t>ng cho th</w:t>
      </w:r>
      <w:r>
        <w:rPr>
          <w:sz w:val="24"/>
        </w:rPr>
        <w:t>ấ</w:t>
      </w:r>
      <w:r>
        <w:rPr>
          <w:sz w:val="24"/>
        </w:rPr>
        <w:t>y Thành ph</w:t>
      </w:r>
      <w:r>
        <w:rPr>
          <w:sz w:val="24"/>
        </w:rPr>
        <w:t>ố</w:t>
      </w:r>
      <w:r>
        <w:rPr>
          <w:sz w:val="24"/>
        </w:rPr>
        <w:t xml:space="preserve"> đã nh</w:t>
      </w:r>
      <w:r>
        <w:rPr>
          <w:sz w:val="24"/>
        </w:rPr>
        <w:t>ậ</w:t>
      </w:r>
      <w:r>
        <w:rPr>
          <w:sz w:val="24"/>
        </w:rPr>
        <w:t>n ra r</w:t>
      </w:r>
      <w:r>
        <w:rPr>
          <w:sz w:val="24"/>
        </w:rPr>
        <w:t>ằ</w:t>
      </w:r>
      <w:r>
        <w:rPr>
          <w:sz w:val="24"/>
        </w:rPr>
        <w:t>ng b</w:t>
      </w:r>
      <w:r>
        <w:rPr>
          <w:sz w:val="24"/>
        </w:rPr>
        <w:t>ả</w:t>
      </w:r>
      <w:r>
        <w:rPr>
          <w:sz w:val="24"/>
        </w:rPr>
        <w:t>o t</w:t>
      </w:r>
      <w:r>
        <w:rPr>
          <w:sz w:val="24"/>
        </w:rPr>
        <w:t>ồ</w:t>
      </w:r>
      <w:r>
        <w:rPr>
          <w:sz w:val="24"/>
        </w:rPr>
        <w:t>n không đ</w:t>
      </w:r>
      <w:r>
        <w:rPr>
          <w:sz w:val="24"/>
        </w:rPr>
        <w:t>ồ</w:t>
      </w:r>
      <w:r>
        <w:rPr>
          <w:sz w:val="24"/>
        </w:rPr>
        <w:t>ng nghĩa v</w:t>
      </w:r>
      <w:r>
        <w:rPr>
          <w:sz w:val="24"/>
        </w:rPr>
        <w:t>ớ</w:t>
      </w:r>
      <w:r>
        <w:rPr>
          <w:sz w:val="24"/>
        </w:rPr>
        <w:t>i c</w:t>
      </w:r>
      <w:r>
        <w:rPr>
          <w:sz w:val="24"/>
        </w:rPr>
        <w:t>ả</w:t>
      </w:r>
      <w:r>
        <w:rPr>
          <w:sz w:val="24"/>
        </w:rPr>
        <w:t>n tr</w:t>
      </w:r>
      <w:r>
        <w:rPr>
          <w:sz w:val="24"/>
        </w:rPr>
        <w:t>ở</w:t>
      </w:r>
      <w:r>
        <w:rPr>
          <w:sz w:val="24"/>
        </w:rPr>
        <w:t xml:space="preserve"> phát tri</w:t>
      </w:r>
      <w:r>
        <w:rPr>
          <w:sz w:val="24"/>
        </w:rPr>
        <w:t>ể</w:t>
      </w:r>
      <w:r>
        <w:rPr>
          <w:sz w:val="24"/>
        </w:rPr>
        <w:t>n — mà ngư</w:t>
      </w:r>
      <w:r>
        <w:rPr>
          <w:sz w:val="24"/>
        </w:rPr>
        <w:t>ợ</w:t>
      </w:r>
      <w:r>
        <w:rPr>
          <w:sz w:val="24"/>
        </w:rPr>
        <w:t>c l</w:t>
      </w:r>
      <w:r>
        <w:rPr>
          <w:sz w:val="24"/>
        </w:rPr>
        <w:t>ạ</w:t>
      </w:r>
      <w:r>
        <w:rPr>
          <w:sz w:val="24"/>
        </w:rPr>
        <w:t>i, di s</w:t>
      </w:r>
      <w:r>
        <w:rPr>
          <w:sz w:val="24"/>
        </w:rPr>
        <w:t>ả</w:t>
      </w:r>
      <w:r>
        <w:rPr>
          <w:sz w:val="24"/>
        </w:rPr>
        <w:t>n là ngu</w:t>
      </w:r>
      <w:r>
        <w:rPr>
          <w:sz w:val="24"/>
        </w:rPr>
        <w:t>ồ</w:t>
      </w:r>
      <w:r>
        <w:rPr>
          <w:sz w:val="24"/>
        </w:rPr>
        <w:t>n l</w:t>
      </w:r>
      <w:r>
        <w:rPr>
          <w:sz w:val="24"/>
        </w:rPr>
        <w:t>ự</w:t>
      </w:r>
      <w:r>
        <w:rPr>
          <w:sz w:val="24"/>
        </w:rPr>
        <w:t>c kinh t</w:t>
      </w:r>
      <w:r>
        <w:rPr>
          <w:sz w:val="24"/>
        </w:rPr>
        <w:t>ế</w:t>
      </w:r>
      <w:r>
        <w:rPr>
          <w:sz w:val="24"/>
        </w:rPr>
        <w:t xml:space="preserve"> b</w:t>
      </w:r>
      <w:r>
        <w:rPr>
          <w:sz w:val="24"/>
        </w:rPr>
        <w:t>ề</w:t>
      </w:r>
      <w:r>
        <w:rPr>
          <w:sz w:val="24"/>
        </w:rPr>
        <w:t>n v</w:t>
      </w:r>
      <w:r>
        <w:rPr>
          <w:sz w:val="24"/>
        </w:rPr>
        <w:t>ữ</w:t>
      </w:r>
      <w:r>
        <w:rPr>
          <w:sz w:val="24"/>
        </w:rPr>
        <w:t>ng.</w:t>
      </w:r>
    </w:p>
    <w:p w14:paraId="190FD480" w14:textId="77777777" w:rsidR="00FF16B7" w:rsidRDefault="00241FF5">
      <w:r>
        <w:rPr>
          <w:sz w:val="24"/>
        </w:rPr>
        <w:t>Chúng tôi đ</w:t>
      </w:r>
      <w:r>
        <w:rPr>
          <w:sz w:val="24"/>
        </w:rPr>
        <w:t>ề</w:t>
      </w:r>
      <w:r>
        <w:rPr>
          <w:sz w:val="24"/>
        </w:rPr>
        <w:t xml:space="preserve"> xu</w:t>
      </w:r>
      <w:r>
        <w:rPr>
          <w:sz w:val="24"/>
        </w:rPr>
        <w:t>ấ</w:t>
      </w:r>
      <w:r>
        <w:rPr>
          <w:sz w:val="24"/>
        </w:rPr>
        <w:t>t áp d</w:t>
      </w:r>
      <w:r>
        <w:rPr>
          <w:sz w:val="24"/>
        </w:rPr>
        <w:t>ụ</w:t>
      </w:r>
      <w:r>
        <w:rPr>
          <w:sz w:val="24"/>
        </w:rPr>
        <w:t>ng tư duy tương t</w:t>
      </w:r>
      <w:r>
        <w:rPr>
          <w:sz w:val="24"/>
        </w:rPr>
        <w:t>ự</w:t>
      </w:r>
      <w:r>
        <w:rPr>
          <w:sz w:val="24"/>
        </w:rPr>
        <w:t xml:space="preserve"> v</w:t>
      </w:r>
      <w:r>
        <w:rPr>
          <w:sz w:val="24"/>
        </w:rPr>
        <w:t>ớ</w:t>
      </w:r>
      <w:r>
        <w:rPr>
          <w:sz w:val="24"/>
        </w:rPr>
        <w:t>i các làng c</w:t>
      </w:r>
      <w:r>
        <w:rPr>
          <w:sz w:val="24"/>
        </w:rPr>
        <w:t>ổ</w:t>
      </w:r>
      <w:r>
        <w:rPr>
          <w:sz w:val="24"/>
        </w:rPr>
        <w:t xml:space="preserve"> H</w:t>
      </w:r>
      <w:r>
        <w:rPr>
          <w:sz w:val="24"/>
        </w:rPr>
        <w:t>ả</w:t>
      </w:r>
      <w:r>
        <w:rPr>
          <w:sz w:val="24"/>
        </w:rPr>
        <w:t>i B</w:t>
      </w:r>
      <w:r>
        <w:rPr>
          <w:sz w:val="24"/>
        </w:rPr>
        <w:t>ố</w:t>
      </w:r>
      <w:r>
        <w:rPr>
          <w:sz w:val="24"/>
        </w:rPr>
        <w:t>i, Tàm Xá trong xã Vĩnh Thanh: thay vì gi</w:t>
      </w:r>
      <w:r>
        <w:rPr>
          <w:sz w:val="24"/>
        </w:rPr>
        <w:t>ả</w:t>
      </w:r>
      <w:r>
        <w:rPr>
          <w:sz w:val="24"/>
        </w:rPr>
        <w:t>i phóng m</w:t>
      </w:r>
      <w:r>
        <w:rPr>
          <w:sz w:val="24"/>
        </w:rPr>
        <w:t>ặ</w:t>
      </w:r>
      <w:r>
        <w:rPr>
          <w:sz w:val="24"/>
        </w:rPr>
        <w:t>t b</w:t>
      </w:r>
      <w:r>
        <w:rPr>
          <w:sz w:val="24"/>
        </w:rPr>
        <w:t>ằ</w:t>
      </w:r>
      <w:r>
        <w:rPr>
          <w:sz w:val="24"/>
        </w:rPr>
        <w:t>ng, hãy đ</w:t>
      </w:r>
      <w:r>
        <w:rPr>
          <w:sz w:val="24"/>
        </w:rPr>
        <w:t>ầ</w:t>
      </w:r>
      <w:r>
        <w:rPr>
          <w:sz w:val="24"/>
        </w:rPr>
        <w:t>u tư đ</w:t>
      </w:r>
      <w:r>
        <w:rPr>
          <w:sz w:val="24"/>
        </w:rPr>
        <w:t>ể</w:t>
      </w:r>
      <w:r>
        <w:rPr>
          <w:sz w:val="24"/>
        </w:rPr>
        <w:t xml:space="preserve"> bi</w:t>
      </w:r>
      <w:r>
        <w:rPr>
          <w:sz w:val="24"/>
        </w:rPr>
        <w:t>ế</w:t>
      </w:r>
      <w:r>
        <w:rPr>
          <w:sz w:val="24"/>
        </w:rPr>
        <w:t>n đây thành "Làng di s</w:t>
      </w:r>
      <w:r>
        <w:rPr>
          <w:sz w:val="24"/>
        </w:rPr>
        <w:t>ả</w:t>
      </w:r>
      <w:r>
        <w:rPr>
          <w:sz w:val="24"/>
        </w:rPr>
        <w:t>n ven sông H</w:t>
      </w:r>
      <w:r>
        <w:rPr>
          <w:sz w:val="24"/>
        </w:rPr>
        <w:t>ồ</w:t>
      </w:r>
      <w:r>
        <w:rPr>
          <w:sz w:val="24"/>
        </w:rPr>
        <w:t>ng" — đi</w:t>
      </w:r>
      <w:r>
        <w:rPr>
          <w:sz w:val="24"/>
        </w:rPr>
        <w:t>ể</w:t>
      </w:r>
      <w:r>
        <w:rPr>
          <w:sz w:val="24"/>
        </w:rPr>
        <w:t>m đ</w:t>
      </w:r>
      <w:r>
        <w:rPr>
          <w:sz w:val="24"/>
        </w:rPr>
        <w:t>ế</w:t>
      </w:r>
      <w:r>
        <w:rPr>
          <w:sz w:val="24"/>
        </w:rPr>
        <w:t>n văn hóa - du l</w:t>
      </w:r>
      <w:r>
        <w:rPr>
          <w:sz w:val="24"/>
        </w:rPr>
        <w:t>ị</w:t>
      </w:r>
      <w:r>
        <w:rPr>
          <w:sz w:val="24"/>
        </w:rPr>
        <w:t>ch - tr</w:t>
      </w:r>
      <w:r>
        <w:rPr>
          <w:sz w:val="24"/>
        </w:rPr>
        <w:t>ả</w:t>
      </w:r>
      <w:r>
        <w:rPr>
          <w:sz w:val="24"/>
        </w:rPr>
        <w:t>i nghi</w:t>
      </w:r>
      <w:r>
        <w:rPr>
          <w:sz w:val="24"/>
        </w:rPr>
        <w:t>ệ</w:t>
      </w:r>
      <w:r>
        <w:rPr>
          <w:sz w:val="24"/>
        </w:rPr>
        <w:t>m c</w:t>
      </w:r>
      <w:r>
        <w:rPr>
          <w:sz w:val="24"/>
        </w:rPr>
        <w:t>ộ</w:t>
      </w:r>
      <w:r>
        <w:rPr>
          <w:sz w:val="24"/>
        </w:rPr>
        <w:t>ng đ</w:t>
      </w:r>
      <w:r>
        <w:rPr>
          <w:sz w:val="24"/>
        </w:rPr>
        <w:t>ồ</w:t>
      </w:r>
      <w:r>
        <w:rPr>
          <w:sz w:val="24"/>
        </w:rPr>
        <w:t>ng trong hành trình tr</w:t>
      </w:r>
      <w:r>
        <w:rPr>
          <w:sz w:val="24"/>
        </w:rPr>
        <w:t>ụ</w:t>
      </w:r>
      <w:r>
        <w:rPr>
          <w:sz w:val="24"/>
        </w:rPr>
        <w:t>c đ</w:t>
      </w:r>
      <w:r>
        <w:rPr>
          <w:sz w:val="24"/>
        </w:rPr>
        <w:t>ạ</w:t>
      </w:r>
      <w:r>
        <w:rPr>
          <w:sz w:val="24"/>
        </w:rPr>
        <w:t>i l</w:t>
      </w:r>
      <w:r>
        <w:rPr>
          <w:sz w:val="24"/>
        </w:rPr>
        <w:t>ộ</w:t>
      </w:r>
      <w:r>
        <w:rPr>
          <w:sz w:val="24"/>
        </w:rPr>
        <w:t>. Du khách đi d</w:t>
      </w:r>
      <w:r>
        <w:rPr>
          <w:sz w:val="24"/>
        </w:rPr>
        <w:t>ọ</w:t>
      </w:r>
      <w:r>
        <w:rPr>
          <w:sz w:val="24"/>
        </w:rPr>
        <w:t>c tuy</w:t>
      </w:r>
      <w:r>
        <w:rPr>
          <w:sz w:val="24"/>
        </w:rPr>
        <w:t>ế</w:t>
      </w:r>
      <w:r>
        <w:rPr>
          <w:sz w:val="24"/>
        </w:rPr>
        <w:t>n đ</w:t>
      </w:r>
      <w:r>
        <w:rPr>
          <w:sz w:val="24"/>
        </w:rPr>
        <w:t>ạ</w:t>
      </w:r>
      <w:r>
        <w:rPr>
          <w:sz w:val="24"/>
        </w:rPr>
        <w:t>i l</w:t>
      </w:r>
      <w:r>
        <w:rPr>
          <w:sz w:val="24"/>
        </w:rPr>
        <w:t>ộ</w:t>
      </w:r>
      <w:r>
        <w:rPr>
          <w:sz w:val="24"/>
        </w:rPr>
        <w:t xml:space="preserve"> c</w:t>
      </w:r>
      <w:r>
        <w:rPr>
          <w:sz w:val="24"/>
        </w:rPr>
        <w:t>ả</w:t>
      </w:r>
      <w:r>
        <w:rPr>
          <w:sz w:val="24"/>
        </w:rPr>
        <w:t>nh quan s</w:t>
      </w:r>
      <w:r>
        <w:rPr>
          <w:sz w:val="24"/>
        </w:rPr>
        <w:t>ẽ</w:t>
      </w:r>
      <w:r>
        <w:rPr>
          <w:sz w:val="24"/>
        </w:rPr>
        <w:t xml:space="preserve"> có đi</w:t>
      </w:r>
      <w:r>
        <w:rPr>
          <w:sz w:val="24"/>
        </w:rPr>
        <w:t>ể</w:t>
      </w:r>
      <w:r>
        <w:rPr>
          <w:sz w:val="24"/>
        </w:rPr>
        <w:t>m d</w:t>
      </w:r>
      <w:r>
        <w:rPr>
          <w:sz w:val="24"/>
        </w:rPr>
        <w:t>ừ</w:t>
      </w:r>
      <w:r>
        <w:rPr>
          <w:sz w:val="24"/>
        </w:rPr>
        <w:t>ng chân có chi</w:t>
      </w:r>
      <w:r>
        <w:rPr>
          <w:sz w:val="24"/>
        </w:rPr>
        <w:t>ề</w:t>
      </w:r>
      <w:r>
        <w:rPr>
          <w:sz w:val="24"/>
        </w:rPr>
        <w:t>u sâu l</w:t>
      </w:r>
      <w:r>
        <w:rPr>
          <w:sz w:val="24"/>
        </w:rPr>
        <w:t>ị</w:t>
      </w:r>
      <w:r>
        <w:rPr>
          <w:sz w:val="24"/>
        </w:rPr>
        <w:t>ch s</w:t>
      </w:r>
      <w:r>
        <w:rPr>
          <w:sz w:val="24"/>
        </w:rPr>
        <w:t>ử</w:t>
      </w:r>
      <w:r>
        <w:rPr>
          <w:sz w:val="24"/>
        </w:rPr>
        <w:t>, không ch</w:t>
      </w:r>
      <w:r>
        <w:rPr>
          <w:sz w:val="24"/>
        </w:rPr>
        <w:t>ỉ</w:t>
      </w:r>
      <w:r>
        <w:rPr>
          <w:sz w:val="24"/>
        </w:rPr>
        <w:t xml:space="preserve"> là công viên hay m</w:t>
      </w:r>
      <w:r>
        <w:rPr>
          <w:sz w:val="24"/>
        </w:rPr>
        <w:t>ả</w:t>
      </w:r>
      <w:r>
        <w:rPr>
          <w:sz w:val="24"/>
        </w:rPr>
        <w:t>ng xanh đơn thu</w:t>
      </w:r>
      <w:r>
        <w:rPr>
          <w:sz w:val="24"/>
        </w:rPr>
        <w:t>ầ</w:t>
      </w:r>
      <w:r>
        <w:rPr>
          <w:sz w:val="24"/>
        </w:rPr>
        <w:t>n.</w:t>
      </w:r>
    </w:p>
    <w:p w14:paraId="0F57EF92" w14:textId="77777777" w:rsidR="00FF16B7" w:rsidRDefault="00241FF5">
      <w:r>
        <w:rPr>
          <w:sz w:val="24"/>
        </w:rPr>
        <w:t>Mô hình này đã đư</w:t>
      </w:r>
      <w:r>
        <w:rPr>
          <w:sz w:val="24"/>
        </w:rPr>
        <w:t>ợ</w:t>
      </w:r>
      <w:r>
        <w:rPr>
          <w:sz w:val="24"/>
        </w:rPr>
        <w:t>c ch</w:t>
      </w:r>
      <w:r>
        <w:rPr>
          <w:sz w:val="24"/>
        </w:rPr>
        <w:t>ứ</w:t>
      </w:r>
      <w:r>
        <w:rPr>
          <w:sz w:val="24"/>
        </w:rPr>
        <w:t>ng minh t</w:t>
      </w:r>
      <w:r>
        <w:rPr>
          <w:sz w:val="24"/>
        </w:rPr>
        <w:t>ạ</w:t>
      </w:r>
      <w:r>
        <w:rPr>
          <w:sz w:val="24"/>
        </w:rPr>
        <w:t>i: Làng c</w:t>
      </w:r>
      <w:r>
        <w:rPr>
          <w:sz w:val="24"/>
        </w:rPr>
        <w:t>ổ</w:t>
      </w:r>
      <w:r>
        <w:rPr>
          <w:sz w:val="24"/>
        </w:rPr>
        <w:t xml:space="preserve"> Đư</w:t>
      </w:r>
      <w:r>
        <w:rPr>
          <w:sz w:val="24"/>
        </w:rPr>
        <w:t>ờ</w:t>
      </w:r>
      <w:r>
        <w:rPr>
          <w:sz w:val="24"/>
        </w:rPr>
        <w:t>ng Lâm (Sơn Tây) thu hút hàng trăm nghìn lư</w:t>
      </w:r>
      <w:r>
        <w:rPr>
          <w:sz w:val="24"/>
        </w:rPr>
        <w:t>ợ</w:t>
      </w:r>
      <w:r>
        <w:rPr>
          <w:sz w:val="24"/>
        </w:rPr>
        <w:t>t du khách m</w:t>
      </w:r>
      <w:r>
        <w:rPr>
          <w:sz w:val="24"/>
        </w:rPr>
        <w:t>ỗ</w:t>
      </w:r>
      <w:r>
        <w:rPr>
          <w:sz w:val="24"/>
        </w:rPr>
        <w:t>i năm; Bát Tràng tr</w:t>
      </w:r>
      <w:r>
        <w:rPr>
          <w:sz w:val="24"/>
        </w:rPr>
        <w:t>ở</w:t>
      </w:r>
      <w:r>
        <w:rPr>
          <w:sz w:val="24"/>
        </w:rPr>
        <w:t xml:space="preserve"> thành đi</w:t>
      </w:r>
      <w:r>
        <w:rPr>
          <w:sz w:val="24"/>
        </w:rPr>
        <w:t>ể</w:t>
      </w:r>
      <w:r>
        <w:rPr>
          <w:sz w:val="24"/>
        </w:rPr>
        <w:t>m du l</w:t>
      </w:r>
      <w:r>
        <w:rPr>
          <w:sz w:val="24"/>
        </w:rPr>
        <w:t>ị</w:t>
      </w:r>
      <w:r>
        <w:rPr>
          <w:sz w:val="24"/>
        </w:rPr>
        <w:t>ch tr</w:t>
      </w:r>
      <w:r>
        <w:rPr>
          <w:sz w:val="24"/>
        </w:rPr>
        <w:t>ọ</w:t>
      </w:r>
      <w:r>
        <w:rPr>
          <w:sz w:val="24"/>
        </w:rPr>
        <w:t>ng đi</w:t>
      </w:r>
      <w:r>
        <w:rPr>
          <w:sz w:val="24"/>
        </w:rPr>
        <w:t>ể</w:t>
      </w:r>
      <w:r>
        <w:rPr>
          <w:sz w:val="24"/>
        </w:rPr>
        <w:t>m c</w:t>
      </w:r>
      <w:r>
        <w:rPr>
          <w:sz w:val="24"/>
        </w:rPr>
        <w:t>ủ</w:t>
      </w:r>
      <w:r>
        <w:rPr>
          <w:sz w:val="24"/>
        </w:rPr>
        <w:t>a Hà N</w:t>
      </w:r>
      <w:r>
        <w:rPr>
          <w:sz w:val="24"/>
        </w:rPr>
        <w:t>ộ</w:t>
      </w:r>
      <w:r>
        <w:rPr>
          <w:sz w:val="24"/>
        </w:rPr>
        <w:t>i nh</w:t>
      </w:r>
      <w:r>
        <w:rPr>
          <w:sz w:val="24"/>
        </w:rPr>
        <w:t>ờ</w:t>
      </w:r>
      <w:r>
        <w:rPr>
          <w:sz w:val="24"/>
        </w:rPr>
        <w:t xml:space="preserve"> k</w:t>
      </w:r>
      <w:r>
        <w:rPr>
          <w:sz w:val="24"/>
        </w:rPr>
        <w:t>ế</w:t>
      </w:r>
      <w:r>
        <w:rPr>
          <w:sz w:val="24"/>
        </w:rPr>
        <w:t>t h</w:t>
      </w:r>
      <w:r>
        <w:rPr>
          <w:sz w:val="24"/>
        </w:rPr>
        <w:t>ợ</w:t>
      </w:r>
      <w:r>
        <w:rPr>
          <w:sz w:val="24"/>
        </w:rPr>
        <w:t>p làng ngh</w:t>
      </w:r>
      <w:r>
        <w:rPr>
          <w:sz w:val="24"/>
        </w:rPr>
        <w:t>ề</w:t>
      </w:r>
      <w:r>
        <w:rPr>
          <w:sz w:val="24"/>
        </w:rPr>
        <w:t xml:space="preserve"> v</w:t>
      </w:r>
      <w:r>
        <w:rPr>
          <w:sz w:val="24"/>
        </w:rPr>
        <w:t>ớ</w:t>
      </w:r>
      <w:r>
        <w:rPr>
          <w:sz w:val="24"/>
        </w:rPr>
        <w:t>i không gian ven sông; Bukchon Hanok Village (Seoul) đóng góp hàng tri</w:t>
      </w:r>
      <w:r>
        <w:rPr>
          <w:sz w:val="24"/>
        </w:rPr>
        <w:t>ệ</w:t>
      </w:r>
      <w:r>
        <w:rPr>
          <w:sz w:val="24"/>
        </w:rPr>
        <w:t>u USD cho kinh t</w:t>
      </w:r>
      <w:r>
        <w:rPr>
          <w:sz w:val="24"/>
        </w:rPr>
        <w:t>ế</w:t>
      </w:r>
      <w:r>
        <w:rPr>
          <w:sz w:val="24"/>
        </w:rPr>
        <w:t xml:space="preserve"> du l</w:t>
      </w:r>
      <w:r>
        <w:rPr>
          <w:sz w:val="24"/>
        </w:rPr>
        <w:t>ị</w:t>
      </w:r>
      <w:r>
        <w:rPr>
          <w:sz w:val="24"/>
        </w:rPr>
        <w:t>ch Seoul m</w:t>
      </w:r>
      <w:r>
        <w:rPr>
          <w:sz w:val="24"/>
        </w:rPr>
        <w:t>ỗ</w:t>
      </w:r>
      <w:r>
        <w:rPr>
          <w:sz w:val="24"/>
        </w:rPr>
        <w:t>i năm trong khi gi</w:t>
      </w:r>
      <w:r>
        <w:rPr>
          <w:sz w:val="24"/>
        </w:rPr>
        <w:t>ữ</w:t>
      </w:r>
      <w:r>
        <w:rPr>
          <w:sz w:val="24"/>
        </w:rPr>
        <w:t xml:space="preserve"> nguyên k</w:t>
      </w:r>
      <w:r>
        <w:rPr>
          <w:sz w:val="24"/>
        </w:rPr>
        <w:t>ế</w:t>
      </w:r>
      <w:r>
        <w:rPr>
          <w:sz w:val="24"/>
        </w:rPr>
        <w:t>t c</w:t>
      </w:r>
      <w:r>
        <w:rPr>
          <w:sz w:val="24"/>
        </w:rPr>
        <w:t>ấ</w:t>
      </w:r>
      <w:r>
        <w:rPr>
          <w:sz w:val="24"/>
        </w:rPr>
        <w:t>u làng c</w:t>
      </w:r>
      <w:r>
        <w:rPr>
          <w:sz w:val="24"/>
        </w:rPr>
        <w:t>ổ</w:t>
      </w:r>
      <w:r>
        <w:rPr>
          <w:sz w:val="24"/>
        </w:rPr>
        <w:t>.</w:t>
      </w:r>
    </w:p>
    <w:p w14:paraId="3B8E68F0" w14:textId="77777777" w:rsidR="00FF16B7" w:rsidRDefault="00241FF5">
      <w:r>
        <w:rPr>
          <w:sz w:val="24"/>
        </w:rPr>
        <w:t>III. Ki</w:t>
      </w:r>
      <w:r>
        <w:rPr>
          <w:sz w:val="24"/>
        </w:rPr>
        <w:t>ế</w:t>
      </w:r>
      <w:r>
        <w:rPr>
          <w:sz w:val="24"/>
        </w:rPr>
        <w:t>n ngh</w:t>
      </w:r>
      <w:r>
        <w:rPr>
          <w:sz w:val="24"/>
        </w:rPr>
        <w:t>ị</w:t>
      </w:r>
      <w:r>
        <w:rPr>
          <w:sz w:val="24"/>
        </w:rPr>
        <w:t xml:space="preserve"> c</w:t>
      </w:r>
      <w:r>
        <w:rPr>
          <w:sz w:val="24"/>
        </w:rPr>
        <w:t>ụ</w:t>
      </w:r>
      <w:r>
        <w:rPr>
          <w:sz w:val="24"/>
        </w:rPr>
        <w:t xml:space="preserve"> th</w:t>
      </w:r>
      <w:r>
        <w:rPr>
          <w:sz w:val="24"/>
        </w:rPr>
        <w:t>ể</w:t>
      </w:r>
    </w:p>
    <w:p w14:paraId="615CA22B" w14:textId="77777777" w:rsidR="00FF16B7" w:rsidRDefault="00241FF5">
      <w:r>
        <w:rPr>
          <w:sz w:val="24"/>
        </w:rPr>
        <w:t>Chúng tôi kính đ</w:t>
      </w:r>
      <w:r>
        <w:rPr>
          <w:sz w:val="24"/>
        </w:rPr>
        <w:t>ề</w:t>
      </w:r>
      <w:r>
        <w:rPr>
          <w:sz w:val="24"/>
        </w:rPr>
        <w:t xml:space="preserve"> ngh</w:t>
      </w:r>
      <w:r>
        <w:rPr>
          <w:sz w:val="24"/>
        </w:rPr>
        <w:t>ị</w:t>
      </w:r>
      <w:r>
        <w:rPr>
          <w:sz w:val="24"/>
        </w:rPr>
        <w:t xml:space="preserve"> Lãnh đ</w:t>
      </w:r>
      <w:r>
        <w:rPr>
          <w:sz w:val="24"/>
        </w:rPr>
        <w:t>ạ</w:t>
      </w:r>
      <w:r>
        <w:rPr>
          <w:sz w:val="24"/>
        </w:rPr>
        <w:t>o Thành ph</w:t>
      </w:r>
      <w:r>
        <w:rPr>
          <w:sz w:val="24"/>
        </w:rPr>
        <w:t>ố</w:t>
      </w:r>
      <w:r>
        <w:rPr>
          <w:sz w:val="24"/>
        </w:rPr>
        <w:t>:</w:t>
      </w:r>
    </w:p>
    <w:p w14:paraId="39C62370" w14:textId="77777777" w:rsidR="00FF16B7" w:rsidRDefault="00241FF5">
      <w:r>
        <w:rPr>
          <w:sz w:val="24"/>
        </w:rPr>
        <w:t>Không đưa khu v</w:t>
      </w:r>
      <w:r>
        <w:rPr>
          <w:sz w:val="24"/>
        </w:rPr>
        <w:t>ự</w:t>
      </w:r>
      <w:r>
        <w:rPr>
          <w:sz w:val="24"/>
        </w:rPr>
        <w:t>c dân cư làng c</w:t>
      </w:r>
      <w:r>
        <w:rPr>
          <w:sz w:val="24"/>
        </w:rPr>
        <w:t>ổ</w:t>
      </w:r>
      <w:r>
        <w:rPr>
          <w:sz w:val="24"/>
        </w:rPr>
        <w:t xml:space="preserve"> H</w:t>
      </w:r>
      <w:r>
        <w:rPr>
          <w:sz w:val="24"/>
        </w:rPr>
        <w:t>ả</w:t>
      </w:r>
      <w:r>
        <w:rPr>
          <w:sz w:val="24"/>
        </w:rPr>
        <w:t>i B</w:t>
      </w:r>
      <w:r>
        <w:rPr>
          <w:sz w:val="24"/>
        </w:rPr>
        <w:t>ố</w:t>
      </w:r>
      <w:r>
        <w:rPr>
          <w:sz w:val="24"/>
        </w:rPr>
        <w:t>i, Tàm Xá vào di</w:t>
      </w:r>
      <w:r>
        <w:rPr>
          <w:sz w:val="24"/>
        </w:rPr>
        <w:t>ệ</w:t>
      </w:r>
      <w:r>
        <w:rPr>
          <w:sz w:val="24"/>
        </w:rPr>
        <w:t>n gi</w:t>
      </w:r>
      <w:r>
        <w:rPr>
          <w:sz w:val="24"/>
        </w:rPr>
        <w:t>ả</w:t>
      </w:r>
      <w:r>
        <w:rPr>
          <w:sz w:val="24"/>
        </w:rPr>
        <w:t>i phóng m</w:t>
      </w:r>
      <w:r>
        <w:rPr>
          <w:sz w:val="24"/>
        </w:rPr>
        <w:t>ặ</w:t>
      </w:r>
      <w:r>
        <w:rPr>
          <w:sz w:val="24"/>
        </w:rPr>
        <w:t>t b</w:t>
      </w:r>
      <w:r>
        <w:rPr>
          <w:sz w:val="24"/>
        </w:rPr>
        <w:t>ằ</w:t>
      </w:r>
      <w:r>
        <w:rPr>
          <w:sz w:val="24"/>
        </w:rPr>
        <w:t>ng trong phân k</w:t>
      </w:r>
      <w:r>
        <w:rPr>
          <w:sz w:val="24"/>
        </w:rPr>
        <w:t>ỳ</w:t>
      </w:r>
      <w:r>
        <w:rPr>
          <w:sz w:val="24"/>
        </w:rPr>
        <w:t xml:space="preserve"> 2026–2030, dành th</w:t>
      </w:r>
      <w:r>
        <w:rPr>
          <w:sz w:val="24"/>
        </w:rPr>
        <w:t>ờ</w:t>
      </w:r>
      <w:r>
        <w:rPr>
          <w:sz w:val="24"/>
        </w:rPr>
        <w:t>i gian nghiên c</w:t>
      </w:r>
      <w:r>
        <w:rPr>
          <w:sz w:val="24"/>
        </w:rPr>
        <w:t>ứ</w:t>
      </w:r>
      <w:r>
        <w:rPr>
          <w:sz w:val="24"/>
        </w:rPr>
        <w:t>u phương án b</w:t>
      </w:r>
      <w:r>
        <w:rPr>
          <w:sz w:val="24"/>
        </w:rPr>
        <w:t>ả</w:t>
      </w:r>
      <w:r>
        <w:rPr>
          <w:sz w:val="24"/>
        </w:rPr>
        <w:t>o t</w:t>
      </w:r>
      <w:r>
        <w:rPr>
          <w:sz w:val="24"/>
        </w:rPr>
        <w:t>ồ</w:t>
      </w:r>
      <w:r>
        <w:rPr>
          <w:sz w:val="24"/>
        </w:rPr>
        <w:t>n tích h</w:t>
      </w:r>
      <w:r>
        <w:rPr>
          <w:sz w:val="24"/>
        </w:rPr>
        <w:t>ợ</w:t>
      </w:r>
      <w:r>
        <w:rPr>
          <w:sz w:val="24"/>
        </w:rPr>
        <w:t>p.</w:t>
      </w:r>
    </w:p>
    <w:p w14:paraId="014A5509" w14:textId="77777777" w:rsidR="00FF16B7" w:rsidRDefault="00241FF5">
      <w:r>
        <w:rPr>
          <w:sz w:val="24"/>
        </w:rPr>
        <w:t>Giao S</w:t>
      </w:r>
      <w:r>
        <w:rPr>
          <w:sz w:val="24"/>
        </w:rPr>
        <w:t>ở</w:t>
      </w:r>
      <w:r>
        <w:rPr>
          <w:sz w:val="24"/>
        </w:rPr>
        <w:t xml:space="preserve"> Văn hóa và Th</w:t>
      </w:r>
      <w:r>
        <w:rPr>
          <w:sz w:val="24"/>
        </w:rPr>
        <w:t>ể</w:t>
      </w:r>
      <w:r>
        <w:rPr>
          <w:sz w:val="24"/>
        </w:rPr>
        <w:t xml:space="preserve"> thao ph</w:t>
      </w:r>
      <w:r>
        <w:rPr>
          <w:sz w:val="24"/>
        </w:rPr>
        <w:t>ố</w:t>
      </w:r>
      <w:r>
        <w:rPr>
          <w:sz w:val="24"/>
        </w:rPr>
        <w:t>i h</w:t>
      </w:r>
      <w:r>
        <w:rPr>
          <w:sz w:val="24"/>
        </w:rPr>
        <w:t>ợ</w:t>
      </w:r>
      <w:r>
        <w:rPr>
          <w:sz w:val="24"/>
        </w:rPr>
        <w:t>p S</w:t>
      </w:r>
      <w:r>
        <w:rPr>
          <w:sz w:val="24"/>
        </w:rPr>
        <w:t>ở</w:t>
      </w:r>
      <w:r>
        <w:rPr>
          <w:sz w:val="24"/>
        </w:rPr>
        <w:t xml:space="preserve"> Quy ho</w:t>
      </w:r>
      <w:r>
        <w:rPr>
          <w:sz w:val="24"/>
        </w:rPr>
        <w:t>ạ</w:t>
      </w:r>
      <w:r>
        <w:rPr>
          <w:sz w:val="24"/>
        </w:rPr>
        <w:t>ch - Ki</w:t>
      </w:r>
      <w:r>
        <w:rPr>
          <w:sz w:val="24"/>
        </w:rPr>
        <w:t>ế</w:t>
      </w:r>
      <w:r>
        <w:rPr>
          <w:sz w:val="24"/>
        </w:rPr>
        <w:t>n trúc l</w:t>
      </w:r>
      <w:r>
        <w:rPr>
          <w:sz w:val="24"/>
        </w:rPr>
        <w:t>ậ</w:t>
      </w:r>
      <w:r>
        <w:rPr>
          <w:sz w:val="24"/>
        </w:rPr>
        <w:t>p đ</w:t>
      </w:r>
      <w:r>
        <w:rPr>
          <w:sz w:val="24"/>
        </w:rPr>
        <w:t>ề</w:t>
      </w:r>
      <w:r>
        <w:rPr>
          <w:sz w:val="24"/>
        </w:rPr>
        <w:t xml:space="preserve"> án "Làng di s</w:t>
      </w:r>
      <w:r>
        <w:rPr>
          <w:sz w:val="24"/>
        </w:rPr>
        <w:t>ả</w:t>
      </w:r>
      <w:r>
        <w:rPr>
          <w:sz w:val="24"/>
        </w:rPr>
        <w:t>n ven sông H</w:t>
      </w:r>
      <w:r>
        <w:rPr>
          <w:sz w:val="24"/>
        </w:rPr>
        <w:t>ồ</w:t>
      </w:r>
      <w:r>
        <w:rPr>
          <w:sz w:val="24"/>
        </w:rPr>
        <w:t>ng t</w:t>
      </w:r>
      <w:r>
        <w:rPr>
          <w:sz w:val="24"/>
        </w:rPr>
        <w:t>ạ</w:t>
      </w:r>
      <w:r>
        <w:rPr>
          <w:sz w:val="24"/>
        </w:rPr>
        <w:t>i xã Vĩnh Thanh" như m</w:t>
      </w:r>
      <w:r>
        <w:rPr>
          <w:sz w:val="24"/>
        </w:rPr>
        <w:t>ộ</w:t>
      </w:r>
      <w:r>
        <w:rPr>
          <w:sz w:val="24"/>
        </w:rPr>
        <w:t>t d</w:t>
      </w:r>
      <w:r>
        <w:rPr>
          <w:sz w:val="24"/>
        </w:rPr>
        <w:t>ự</w:t>
      </w:r>
      <w:r>
        <w:rPr>
          <w:sz w:val="24"/>
        </w:rPr>
        <w:t xml:space="preserve"> án thành ph</w:t>
      </w:r>
      <w:r>
        <w:rPr>
          <w:sz w:val="24"/>
        </w:rPr>
        <w:t>ầ</w:t>
      </w:r>
      <w:r>
        <w:rPr>
          <w:sz w:val="24"/>
        </w:rPr>
        <w:t>n b</w:t>
      </w:r>
      <w:r>
        <w:rPr>
          <w:sz w:val="24"/>
        </w:rPr>
        <w:t>ổ</w:t>
      </w:r>
      <w:r>
        <w:rPr>
          <w:sz w:val="24"/>
        </w:rPr>
        <w:t xml:space="preserve"> sung trong D</w:t>
      </w:r>
      <w:r>
        <w:rPr>
          <w:sz w:val="24"/>
        </w:rPr>
        <w:t>ự</w:t>
      </w:r>
      <w:r>
        <w:rPr>
          <w:sz w:val="24"/>
        </w:rPr>
        <w:t xml:space="preserve"> án Tr</w:t>
      </w:r>
      <w:r>
        <w:rPr>
          <w:sz w:val="24"/>
        </w:rPr>
        <w:t>ụ</w:t>
      </w:r>
      <w:r>
        <w:rPr>
          <w:sz w:val="24"/>
        </w:rPr>
        <w:t>c Đ</w:t>
      </w:r>
      <w:r>
        <w:rPr>
          <w:sz w:val="24"/>
        </w:rPr>
        <w:t>ạ</w:t>
      </w:r>
      <w:r>
        <w:rPr>
          <w:sz w:val="24"/>
        </w:rPr>
        <w:t>i l</w:t>
      </w:r>
      <w:r>
        <w:rPr>
          <w:sz w:val="24"/>
        </w:rPr>
        <w:t>ộ</w:t>
      </w:r>
      <w:r>
        <w:rPr>
          <w:sz w:val="24"/>
        </w:rPr>
        <w:t xml:space="preserve"> C</w:t>
      </w:r>
      <w:r>
        <w:rPr>
          <w:sz w:val="24"/>
        </w:rPr>
        <w:t>ả</w:t>
      </w:r>
      <w:r>
        <w:rPr>
          <w:sz w:val="24"/>
        </w:rPr>
        <w:t>nh quan, tương t</w:t>
      </w:r>
      <w:r>
        <w:rPr>
          <w:sz w:val="24"/>
        </w:rPr>
        <w:t>ự</w:t>
      </w:r>
      <w:r>
        <w:rPr>
          <w:sz w:val="24"/>
        </w:rPr>
        <w:t xml:space="preserve"> cách ti</w:t>
      </w:r>
      <w:r>
        <w:rPr>
          <w:sz w:val="24"/>
        </w:rPr>
        <w:t>ế</w:t>
      </w:r>
      <w:r>
        <w:rPr>
          <w:sz w:val="24"/>
        </w:rPr>
        <w:t>p c</w:t>
      </w:r>
      <w:r>
        <w:rPr>
          <w:sz w:val="24"/>
        </w:rPr>
        <w:t>ậ</w:t>
      </w:r>
      <w:r>
        <w:rPr>
          <w:sz w:val="24"/>
        </w:rPr>
        <w:t>n c</w:t>
      </w:r>
      <w:r>
        <w:rPr>
          <w:sz w:val="24"/>
        </w:rPr>
        <w:t>ủ</w:t>
      </w:r>
      <w:r>
        <w:rPr>
          <w:sz w:val="24"/>
        </w:rPr>
        <w:t>a h</w:t>
      </w:r>
      <w:r>
        <w:rPr>
          <w:sz w:val="24"/>
        </w:rPr>
        <w:t>ạ</w:t>
      </w:r>
      <w:r>
        <w:rPr>
          <w:sz w:val="24"/>
        </w:rPr>
        <w:t>ng m</w:t>
      </w:r>
      <w:r>
        <w:rPr>
          <w:sz w:val="24"/>
        </w:rPr>
        <w:t>ụ</w:t>
      </w:r>
      <w:r>
        <w:rPr>
          <w:sz w:val="24"/>
        </w:rPr>
        <w:t>c Bát Tràng.</w:t>
      </w:r>
    </w:p>
    <w:p w14:paraId="1BACE97A" w14:textId="77777777" w:rsidR="00FF16B7" w:rsidRDefault="00241FF5">
      <w:r>
        <w:rPr>
          <w:sz w:val="24"/>
        </w:rPr>
        <w:t>M</w:t>
      </w:r>
      <w:r>
        <w:rPr>
          <w:sz w:val="24"/>
        </w:rPr>
        <w:t>ờ</w:t>
      </w:r>
      <w:r>
        <w:rPr>
          <w:sz w:val="24"/>
        </w:rPr>
        <w:t>i ngư</w:t>
      </w:r>
      <w:r>
        <w:rPr>
          <w:sz w:val="24"/>
        </w:rPr>
        <w:t>ờ</w:t>
      </w:r>
      <w:r>
        <w:rPr>
          <w:sz w:val="24"/>
        </w:rPr>
        <w:t>i dân đ</w:t>
      </w:r>
      <w:r>
        <w:rPr>
          <w:sz w:val="24"/>
        </w:rPr>
        <w:t>ị</w:t>
      </w:r>
      <w:r>
        <w:rPr>
          <w:sz w:val="24"/>
        </w:rPr>
        <w:t>a phương tham gia đ</w:t>
      </w:r>
      <w:r>
        <w:rPr>
          <w:sz w:val="24"/>
        </w:rPr>
        <w:t>ồ</w:t>
      </w:r>
      <w:r>
        <w:rPr>
          <w:sz w:val="24"/>
        </w:rPr>
        <w:t>ng thi</w:t>
      </w:r>
      <w:r>
        <w:rPr>
          <w:sz w:val="24"/>
        </w:rPr>
        <w:t>ế</w:t>
      </w:r>
      <w:r>
        <w:rPr>
          <w:sz w:val="24"/>
        </w:rPr>
        <w:t>t k</w:t>
      </w:r>
      <w:r>
        <w:rPr>
          <w:sz w:val="24"/>
        </w:rPr>
        <w:t>ế</w:t>
      </w:r>
      <w:r>
        <w:rPr>
          <w:sz w:val="24"/>
        </w:rPr>
        <w:t xml:space="preserve"> phương án b</w:t>
      </w:r>
      <w:r>
        <w:rPr>
          <w:sz w:val="24"/>
        </w:rPr>
        <w:t>ả</w:t>
      </w:r>
      <w:r>
        <w:rPr>
          <w:sz w:val="24"/>
        </w:rPr>
        <w:t>o t</w:t>
      </w:r>
      <w:r>
        <w:rPr>
          <w:sz w:val="24"/>
        </w:rPr>
        <w:t>ồ</w:t>
      </w:r>
      <w:r>
        <w:rPr>
          <w:sz w:val="24"/>
        </w:rPr>
        <w:t>n và phát huy, đ</w:t>
      </w:r>
      <w:r>
        <w:rPr>
          <w:sz w:val="24"/>
        </w:rPr>
        <w:t>ả</w:t>
      </w:r>
      <w:r>
        <w:rPr>
          <w:sz w:val="24"/>
        </w:rPr>
        <w:t>m b</w:t>
      </w:r>
      <w:r>
        <w:rPr>
          <w:sz w:val="24"/>
        </w:rPr>
        <w:t>ả</w:t>
      </w:r>
      <w:r>
        <w:rPr>
          <w:sz w:val="24"/>
        </w:rPr>
        <w:t>o c</w:t>
      </w:r>
      <w:r>
        <w:rPr>
          <w:sz w:val="24"/>
        </w:rPr>
        <w:t>ộ</w:t>
      </w:r>
      <w:r>
        <w:rPr>
          <w:sz w:val="24"/>
        </w:rPr>
        <w:t>ng đ</w:t>
      </w:r>
      <w:r>
        <w:rPr>
          <w:sz w:val="24"/>
        </w:rPr>
        <w:t>ồ</w:t>
      </w:r>
      <w:r>
        <w:rPr>
          <w:sz w:val="24"/>
        </w:rPr>
        <w:t>ng là ch</w:t>
      </w:r>
      <w:r>
        <w:rPr>
          <w:sz w:val="24"/>
        </w:rPr>
        <w:t>ủ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trung tâm trong quá trình chuy</w:t>
      </w:r>
      <w:r>
        <w:rPr>
          <w:sz w:val="24"/>
        </w:rPr>
        <w:t>ể</w:t>
      </w:r>
      <w:r>
        <w:rPr>
          <w:sz w:val="24"/>
        </w:rPr>
        <w:t>n đ</w:t>
      </w:r>
      <w:r>
        <w:rPr>
          <w:sz w:val="24"/>
        </w:rPr>
        <w:t>ổ</w:t>
      </w:r>
      <w:r>
        <w:rPr>
          <w:sz w:val="24"/>
        </w:rPr>
        <w:t>i.</w:t>
      </w:r>
    </w:p>
    <w:p w14:paraId="5385B16E" w14:textId="77777777" w:rsidR="00FF16B7" w:rsidRDefault="00241FF5">
      <w:r>
        <w:rPr>
          <w:sz w:val="24"/>
        </w:rPr>
        <w:t>Làng H</w:t>
      </w:r>
      <w:r>
        <w:rPr>
          <w:sz w:val="24"/>
        </w:rPr>
        <w:t>ả</w:t>
      </w:r>
      <w:r>
        <w:rPr>
          <w:sz w:val="24"/>
        </w:rPr>
        <w:t>i B</w:t>
      </w:r>
      <w:r>
        <w:rPr>
          <w:sz w:val="24"/>
        </w:rPr>
        <w:t>ố</w:t>
      </w:r>
      <w:r>
        <w:rPr>
          <w:sz w:val="24"/>
        </w:rPr>
        <w:t>i không xin đư</w:t>
      </w:r>
      <w:r>
        <w:rPr>
          <w:sz w:val="24"/>
        </w:rPr>
        <w:t>ợ</w:t>
      </w:r>
      <w:r>
        <w:rPr>
          <w:sz w:val="24"/>
        </w:rPr>
        <w:t>c đ</w:t>
      </w:r>
      <w:r>
        <w:rPr>
          <w:sz w:val="24"/>
        </w:rPr>
        <w:t>ứ</w:t>
      </w:r>
      <w:r>
        <w:rPr>
          <w:sz w:val="24"/>
        </w:rPr>
        <w:t>ng ngoài s</w:t>
      </w:r>
      <w:r>
        <w:rPr>
          <w:sz w:val="24"/>
        </w:rPr>
        <w:t>ự</w:t>
      </w:r>
      <w:r>
        <w:rPr>
          <w:sz w:val="24"/>
        </w:rPr>
        <w:t xml:space="preserve"> phát tri</w:t>
      </w:r>
      <w:r>
        <w:rPr>
          <w:sz w:val="24"/>
        </w:rPr>
        <w:t>ể</w:t>
      </w:r>
      <w:r>
        <w:rPr>
          <w:sz w:val="24"/>
        </w:rPr>
        <w:t>n — chúng tôi xin đư</w:t>
      </w:r>
      <w:r>
        <w:rPr>
          <w:sz w:val="24"/>
        </w:rPr>
        <w:t>ợ</w:t>
      </w:r>
      <w:r>
        <w:rPr>
          <w:sz w:val="24"/>
        </w:rPr>
        <w:t>c phát tri</w:t>
      </w:r>
      <w:r>
        <w:rPr>
          <w:sz w:val="24"/>
        </w:rPr>
        <w:t>ể</w:t>
      </w:r>
      <w:r>
        <w:rPr>
          <w:sz w:val="24"/>
        </w:rPr>
        <w:t>n cùng d</w:t>
      </w:r>
      <w:r>
        <w:rPr>
          <w:sz w:val="24"/>
        </w:rPr>
        <w:t>ự</w:t>
      </w:r>
      <w:r>
        <w:rPr>
          <w:sz w:val="24"/>
        </w:rPr>
        <w:t xml:space="preserve"> án, v</w:t>
      </w:r>
      <w:r>
        <w:rPr>
          <w:sz w:val="24"/>
        </w:rPr>
        <w:t>ớ</w:t>
      </w:r>
      <w:r>
        <w:rPr>
          <w:sz w:val="24"/>
        </w:rPr>
        <w:t>i tư cách là m</w:t>
      </w:r>
      <w:r>
        <w:rPr>
          <w:sz w:val="24"/>
        </w:rPr>
        <w:t>ộ</w:t>
      </w:r>
      <w:r>
        <w:rPr>
          <w:sz w:val="24"/>
        </w:rPr>
        <w:t>t tài s</w:t>
      </w:r>
      <w:r>
        <w:rPr>
          <w:sz w:val="24"/>
        </w:rPr>
        <w:t>ả</w:t>
      </w:r>
      <w:r>
        <w:rPr>
          <w:sz w:val="24"/>
        </w:rPr>
        <w:t>n l</w:t>
      </w:r>
      <w:r>
        <w:rPr>
          <w:sz w:val="24"/>
        </w:rPr>
        <w:t>ị</w:t>
      </w:r>
      <w:r>
        <w:rPr>
          <w:sz w:val="24"/>
        </w:rPr>
        <w:t>ch s</w:t>
      </w:r>
      <w:r>
        <w:rPr>
          <w:sz w:val="24"/>
        </w:rPr>
        <w:t>ử</w:t>
      </w:r>
      <w:r>
        <w:rPr>
          <w:sz w:val="24"/>
        </w:rPr>
        <w:t xml:space="preserve"> quý giá ch</w:t>
      </w:r>
      <w:r>
        <w:rPr>
          <w:sz w:val="24"/>
        </w:rPr>
        <w:t>ứ</w:t>
      </w:r>
      <w:r>
        <w:rPr>
          <w:sz w:val="24"/>
        </w:rPr>
        <w:t xml:space="preserve"> không ph</w:t>
      </w:r>
      <w:r>
        <w:rPr>
          <w:sz w:val="24"/>
        </w:rPr>
        <w:t>ả</w:t>
      </w:r>
      <w:r>
        <w:rPr>
          <w:sz w:val="24"/>
        </w:rPr>
        <w:t>i v</w:t>
      </w:r>
      <w:r>
        <w:rPr>
          <w:sz w:val="24"/>
        </w:rPr>
        <w:t>ậ</w:t>
      </w:r>
      <w:r>
        <w:rPr>
          <w:sz w:val="24"/>
        </w:rPr>
        <w:t>t th</w:t>
      </w:r>
      <w:r>
        <w:rPr>
          <w:sz w:val="24"/>
        </w:rPr>
        <w:t>ể</w:t>
      </w:r>
      <w:r>
        <w:rPr>
          <w:sz w:val="24"/>
        </w:rPr>
        <w:t xml:space="preserve"> c</w:t>
      </w:r>
      <w:r>
        <w:rPr>
          <w:sz w:val="24"/>
        </w:rPr>
        <w:t>ầ</w:t>
      </w:r>
      <w:r>
        <w:rPr>
          <w:sz w:val="24"/>
        </w:rPr>
        <w:t>n d</w:t>
      </w:r>
      <w:r>
        <w:rPr>
          <w:sz w:val="24"/>
        </w:rPr>
        <w:t>ỡ</w:t>
      </w:r>
      <w:r>
        <w:rPr>
          <w:sz w:val="24"/>
        </w:rPr>
        <w:t xml:space="preserve"> b</w:t>
      </w:r>
      <w:r>
        <w:rPr>
          <w:sz w:val="24"/>
        </w:rPr>
        <w:t>ỏ</w:t>
      </w:r>
      <w:r>
        <w:rPr>
          <w:sz w:val="24"/>
        </w:rPr>
        <w:t>.</w:t>
      </w:r>
    </w:p>
    <w:p w14:paraId="4AF4B292" w14:textId="77777777" w:rsidR="00FF16B7" w:rsidRDefault="00241FF5">
      <w:r>
        <w:rPr>
          <w:sz w:val="24"/>
        </w:rPr>
        <w:t>Trân tr</w:t>
      </w:r>
      <w:r>
        <w:rPr>
          <w:sz w:val="24"/>
        </w:rPr>
        <w:t>ọ</w:t>
      </w:r>
      <w:r>
        <w:rPr>
          <w:sz w:val="24"/>
        </w:rPr>
        <w:t>ng kính chào.</w:t>
      </w:r>
    </w:p>
    <w:p w14:paraId="287378F6" w14:textId="77777777" w:rsidR="00FF16B7" w:rsidRDefault="00241FF5">
      <w:r>
        <w:rPr>
          <w:sz w:val="24"/>
        </w:rPr>
        <w:t>Ngư</w:t>
      </w:r>
      <w:r>
        <w:rPr>
          <w:sz w:val="24"/>
        </w:rPr>
        <w:t>ờ</w:t>
      </w:r>
      <w:r>
        <w:rPr>
          <w:sz w:val="24"/>
        </w:rPr>
        <w:t>i ki</w:t>
      </w:r>
      <w:r>
        <w:rPr>
          <w:sz w:val="24"/>
        </w:rPr>
        <w:t>ế</w:t>
      </w:r>
      <w:r>
        <w:rPr>
          <w:sz w:val="24"/>
        </w:rPr>
        <w:t>n ngh</w:t>
      </w:r>
      <w:r>
        <w:rPr>
          <w:sz w:val="24"/>
        </w:rPr>
        <w:t>ị</w:t>
      </w:r>
      <w:r>
        <w:rPr>
          <w:sz w:val="24"/>
        </w:rPr>
        <w:t>: [H</w:t>
      </w:r>
      <w:r>
        <w:rPr>
          <w:sz w:val="24"/>
        </w:rPr>
        <w:t>ọ</w:t>
      </w:r>
      <w:r>
        <w:rPr>
          <w:sz w:val="24"/>
        </w:rPr>
        <w:t xml:space="preserve"> tên], thôn H</w:t>
      </w:r>
      <w:r>
        <w:rPr>
          <w:sz w:val="24"/>
        </w:rPr>
        <w:t>ả</w:t>
      </w:r>
      <w:r>
        <w:rPr>
          <w:sz w:val="24"/>
        </w:rPr>
        <w:t>i B</w:t>
      </w:r>
      <w:r>
        <w:rPr>
          <w:sz w:val="24"/>
        </w:rPr>
        <w:t>ố</w:t>
      </w:r>
      <w:r>
        <w:rPr>
          <w:sz w:val="24"/>
        </w:rPr>
        <w:t>i, xã Vĩnh Thanh, Hà N</w:t>
      </w:r>
      <w:r>
        <w:rPr>
          <w:sz w:val="24"/>
        </w:rPr>
        <w:t>ộ</w:t>
      </w:r>
      <w:r>
        <w:rPr>
          <w:sz w:val="24"/>
        </w:rPr>
        <w:t>i S</w:t>
      </w:r>
      <w:r>
        <w:rPr>
          <w:sz w:val="24"/>
        </w:rPr>
        <w:t>ố</w:t>
      </w:r>
      <w:r>
        <w:rPr>
          <w:sz w:val="24"/>
        </w:rPr>
        <w:t xml:space="preserve"> đi</w:t>
      </w:r>
      <w:r>
        <w:rPr>
          <w:sz w:val="24"/>
        </w:rPr>
        <w:t>ệ</w:t>
      </w:r>
      <w:r>
        <w:rPr>
          <w:sz w:val="24"/>
        </w:rPr>
        <w:t>n tho</w:t>
      </w:r>
      <w:r>
        <w:rPr>
          <w:sz w:val="24"/>
        </w:rPr>
        <w:t>ạ</w:t>
      </w:r>
      <w:r>
        <w:rPr>
          <w:sz w:val="24"/>
        </w:rPr>
        <w:t>i liên h</w:t>
      </w:r>
      <w:r>
        <w:rPr>
          <w:sz w:val="24"/>
        </w:rPr>
        <w:t>ệ</w:t>
      </w:r>
      <w:r>
        <w:rPr>
          <w:sz w:val="24"/>
        </w:rPr>
        <w:t>: [...] Ngày: .../5/2026</w:t>
      </w:r>
    </w:p>
    <w:sectPr w:rsidR="00FF16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udo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udo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Duudong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Duudong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udo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Duudo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7585587">
    <w:abstractNumId w:val="8"/>
  </w:num>
  <w:num w:numId="2" w16cid:durableId="507869353">
    <w:abstractNumId w:val="6"/>
  </w:num>
  <w:num w:numId="3" w16cid:durableId="1232353534">
    <w:abstractNumId w:val="5"/>
  </w:num>
  <w:num w:numId="4" w16cid:durableId="1632595921">
    <w:abstractNumId w:val="4"/>
  </w:num>
  <w:num w:numId="5" w16cid:durableId="689455200">
    <w:abstractNumId w:val="7"/>
  </w:num>
  <w:num w:numId="6" w16cid:durableId="627590911">
    <w:abstractNumId w:val="3"/>
  </w:num>
  <w:num w:numId="7" w16cid:durableId="613950300">
    <w:abstractNumId w:val="2"/>
  </w:num>
  <w:num w:numId="8" w16cid:durableId="865752346">
    <w:abstractNumId w:val="1"/>
  </w:num>
  <w:num w:numId="9" w16cid:durableId="214592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1FF5"/>
    <w:rsid w:val="0029639D"/>
    <w:rsid w:val="00326F90"/>
    <w:rsid w:val="00817CB6"/>
    <w:rsid w:val="00AA1D8D"/>
    <w:rsid w:val="00B47730"/>
    <w:rsid w:val="00CB0664"/>
    <w:rsid w:val="00FC693F"/>
    <w:rsid w:val="00FF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C12C19F"/>
  <w14:defaultImageDpi w14:val="300"/>
  <w15:docId w15:val="{C8C17872-447D-8041-8E3B-9C6E8CDD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C693F"/>
  </w:style>
  <w:style w:type="paragraph" w:styleId="u1">
    <w:name w:val="heading 1"/>
    <w:basedOn w:val="Binhthng"/>
    <w:next w:val="Binhthng"/>
    <w:link w:val="u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2">
    <w:name w:val="heading 2"/>
    <w:basedOn w:val="Binhthng"/>
    <w:next w:val="Binhthng"/>
    <w:link w:val="u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u3">
    <w:name w:val="heading 3"/>
    <w:basedOn w:val="Binhthng"/>
    <w:next w:val="Binhthng"/>
    <w:link w:val="u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link w:val="utrang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618BF"/>
  </w:style>
  <w:style w:type="paragraph" w:styleId="Chntrang">
    <w:name w:val="footer"/>
    <w:basedOn w:val="Binhthng"/>
    <w:link w:val="Chntrang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618BF"/>
  </w:style>
  <w:style w:type="paragraph" w:styleId="KhngDncch">
    <w:name w:val="No Spacing"/>
    <w:uiPriority w:val="1"/>
    <w:qFormat/>
    <w:rsid w:val="00FC693F"/>
    <w:pPr>
      <w:spacing w:after="0" w:line="240" w:lineRule="auto"/>
    </w:pPr>
  </w:style>
  <w:style w:type="character" w:customStyle="1" w:styleId="u1Char">
    <w:name w:val="Đầu đề 1 Char"/>
    <w:basedOn w:val="Phngmcinhcuaoanvn"/>
    <w:link w:val="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2Char">
    <w:name w:val="Đầu đề 2 Char"/>
    <w:basedOn w:val="Phngmcinhcuaoanvn"/>
    <w:link w:val="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3Char">
    <w:name w:val="Đầu đề 3 Char"/>
    <w:basedOn w:val="Phngmcinhcuaoanvn"/>
    <w:link w:val="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u">
    <w:name w:val="Title"/>
    <w:basedOn w:val="Binhthng"/>
    <w:next w:val="Binhthng"/>
    <w:link w:val="Tiu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uChar">
    <w:name w:val="Tiêu đề Char"/>
    <w:basedOn w:val="Phngmcinhcuaoanvn"/>
    <w:link w:val="Ti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iuphu">
    <w:name w:val="Subtitle"/>
    <w:basedOn w:val="Binhthng"/>
    <w:next w:val="Binhthng"/>
    <w:link w:val="Tiuphu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uphuChar">
    <w:name w:val="Tiêu đề phụ Char"/>
    <w:basedOn w:val="Phngmcinhcuaoanvn"/>
    <w:link w:val="Tiuph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ancuaDanhsach">
    <w:name w:val="List Paragraph"/>
    <w:basedOn w:val="Binhthng"/>
    <w:uiPriority w:val="34"/>
    <w:qFormat/>
    <w:rsid w:val="00FC693F"/>
    <w:pPr>
      <w:ind w:left="720"/>
      <w:contextualSpacing/>
    </w:pPr>
  </w:style>
  <w:style w:type="paragraph" w:styleId="ThnVnban">
    <w:name w:val="Body Text"/>
    <w:basedOn w:val="Binhthng"/>
    <w:link w:val="ThnVnbanChar"/>
    <w:uiPriority w:val="99"/>
    <w:unhideWhenUsed/>
    <w:rsid w:val="00AA1D8D"/>
    <w:pPr>
      <w:spacing w:after="120"/>
    </w:pPr>
  </w:style>
  <w:style w:type="character" w:customStyle="1" w:styleId="ThnVnbanChar">
    <w:name w:val="Thân Văn bản Char"/>
    <w:basedOn w:val="Phngmcinhcuaoanvn"/>
    <w:link w:val="ThnVnban"/>
    <w:uiPriority w:val="99"/>
    <w:rsid w:val="00AA1D8D"/>
  </w:style>
  <w:style w:type="paragraph" w:styleId="Thnvnban2">
    <w:name w:val="Body Text 2"/>
    <w:basedOn w:val="Binhthng"/>
    <w:link w:val="Thnvnban2Char"/>
    <w:uiPriority w:val="99"/>
    <w:unhideWhenUsed/>
    <w:rsid w:val="00AA1D8D"/>
    <w:pPr>
      <w:spacing w:after="120" w:line="480" w:lineRule="auto"/>
    </w:pPr>
  </w:style>
  <w:style w:type="character" w:customStyle="1" w:styleId="Thnvnban2Char">
    <w:name w:val="Thân văn bản 2 Char"/>
    <w:basedOn w:val="Phngmcinhcuaoanvn"/>
    <w:link w:val="Thnvnban2"/>
    <w:uiPriority w:val="99"/>
    <w:rsid w:val="00AA1D8D"/>
  </w:style>
  <w:style w:type="paragraph" w:styleId="Thnvnban3">
    <w:name w:val="Body Text 3"/>
    <w:basedOn w:val="Binhthng"/>
    <w:link w:val="Thnvnban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hnvnban3Char">
    <w:name w:val="Thân văn bản 3 Char"/>
    <w:basedOn w:val="Phngmcinhcuaoanvn"/>
    <w:link w:val="Thnvnban3"/>
    <w:uiPriority w:val="99"/>
    <w:rsid w:val="00AA1D8D"/>
    <w:rPr>
      <w:sz w:val="16"/>
      <w:szCs w:val="16"/>
    </w:rPr>
  </w:style>
  <w:style w:type="paragraph" w:styleId="Danhsach">
    <w:name w:val="List"/>
    <w:basedOn w:val="Binhthng"/>
    <w:uiPriority w:val="99"/>
    <w:unhideWhenUsed/>
    <w:rsid w:val="00AA1D8D"/>
    <w:pPr>
      <w:ind w:left="360" w:hanging="360"/>
      <w:contextualSpacing/>
    </w:pPr>
  </w:style>
  <w:style w:type="paragraph" w:styleId="Danhsach2">
    <w:name w:val="List 2"/>
    <w:basedOn w:val="Binhthng"/>
    <w:uiPriority w:val="99"/>
    <w:unhideWhenUsed/>
    <w:rsid w:val="00326F90"/>
    <w:pPr>
      <w:ind w:left="720" w:hanging="360"/>
      <w:contextualSpacing/>
    </w:pPr>
  </w:style>
  <w:style w:type="paragraph" w:styleId="Danhsach3">
    <w:name w:val="List 3"/>
    <w:basedOn w:val="Binhthng"/>
    <w:uiPriority w:val="99"/>
    <w:unhideWhenUsed/>
    <w:rsid w:val="00326F90"/>
    <w:pPr>
      <w:ind w:left="1080" w:hanging="360"/>
      <w:contextualSpacing/>
    </w:pPr>
  </w:style>
  <w:style w:type="paragraph" w:styleId="Duudong">
    <w:name w:val="List Bullet"/>
    <w:basedOn w:val="Binhthng"/>
    <w:uiPriority w:val="99"/>
    <w:unhideWhenUsed/>
    <w:rsid w:val="00326F90"/>
    <w:pPr>
      <w:numPr>
        <w:numId w:val="1"/>
      </w:numPr>
      <w:contextualSpacing/>
    </w:pPr>
  </w:style>
  <w:style w:type="paragraph" w:styleId="Duudong2">
    <w:name w:val="List Bullet 2"/>
    <w:basedOn w:val="Binhthng"/>
    <w:uiPriority w:val="99"/>
    <w:unhideWhenUsed/>
    <w:rsid w:val="00326F90"/>
    <w:pPr>
      <w:numPr>
        <w:numId w:val="2"/>
      </w:numPr>
      <w:contextualSpacing/>
    </w:pPr>
  </w:style>
  <w:style w:type="paragraph" w:styleId="Duudong3">
    <w:name w:val="List Bullet 3"/>
    <w:basedOn w:val="Binhthng"/>
    <w:uiPriority w:val="99"/>
    <w:unhideWhenUsed/>
    <w:rsid w:val="00326F90"/>
    <w:pPr>
      <w:numPr>
        <w:numId w:val="3"/>
      </w:numPr>
      <w:contextualSpacing/>
    </w:pPr>
  </w:style>
  <w:style w:type="paragraph" w:styleId="Sudong">
    <w:name w:val="List Number"/>
    <w:basedOn w:val="Binhthng"/>
    <w:uiPriority w:val="99"/>
    <w:unhideWhenUsed/>
    <w:rsid w:val="00326F90"/>
    <w:pPr>
      <w:numPr>
        <w:numId w:val="5"/>
      </w:numPr>
      <w:contextualSpacing/>
    </w:pPr>
  </w:style>
  <w:style w:type="paragraph" w:styleId="Sudong2">
    <w:name w:val="List Number 2"/>
    <w:basedOn w:val="Binhthng"/>
    <w:uiPriority w:val="99"/>
    <w:unhideWhenUsed/>
    <w:rsid w:val="0029639D"/>
    <w:pPr>
      <w:numPr>
        <w:numId w:val="6"/>
      </w:numPr>
      <w:contextualSpacing/>
    </w:pPr>
  </w:style>
  <w:style w:type="paragraph" w:styleId="Sudong3">
    <w:name w:val="List Number 3"/>
    <w:basedOn w:val="Binhthng"/>
    <w:uiPriority w:val="99"/>
    <w:unhideWhenUsed/>
    <w:rsid w:val="0029639D"/>
    <w:pPr>
      <w:numPr>
        <w:numId w:val="7"/>
      </w:numPr>
      <w:contextualSpacing/>
    </w:pPr>
  </w:style>
  <w:style w:type="paragraph" w:styleId="Danhsachlintuc">
    <w:name w:val="List Continue"/>
    <w:basedOn w:val="Binhthng"/>
    <w:uiPriority w:val="99"/>
    <w:unhideWhenUsed/>
    <w:rsid w:val="0029639D"/>
    <w:pPr>
      <w:spacing w:after="120"/>
      <w:ind w:left="360"/>
      <w:contextualSpacing/>
    </w:pPr>
  </w:style>
  <w:style w:type="paragraph" w:styleId="Danhsachlintuc2">
    <w:name w:val="List Continue 2"/>
    <w:basedOn w:val="Binhthng"/>
    <w:uiPriority w:val="99"/>
    <w:unhideWhenUsed/>
    <w:rsid w:val="0029639D"/>
    <w:pPr>
      <w:spacing w:after="120"/>
      <w:ind w:left="720"/>
      <w:contextualSpacing/>
    </w:pPr>
  </w:style>
  <w:style w:type="paragraph" w:styleId="Danhsachlintuc3">
    <w:name w:val="List Continue 3"/>
    <w:basedOn w:val="Binhthng"/>
    <w:uiPriority w:val="99"/>
    <w:unhideWhenUsed/>
    <w:rsid w:val="0029639D"/>
    <w:pPr>
      <w:spacing w:after="120"/>
      <w:ind w:left="1080"/>
      <w:contextualSpacing/>
    </w:pPr>
  </w:style>
  <w:style w:type="paragraph" w:styleId="VnbanMacro">
    <w:name w:val="macro"/>
    <w:link w:val="Vnban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VnbanMacroChar">
    <w:name w:val="Văn bản Macro Char"/>
    <w:basedOn w:val="Phngmcinhcuaoanvn"/>
    <w:link w:val="VnbanMacro"/>
    <w:uiPriority w:val="99"/>
    <w:rsid w:val="0029639D"/>
    <w:rPr>
      <w:rFonts w:ascii="Courier" w:hAnsi="Courier"/>
      <w:sz w:val="20"/>
      <w:szCs w:val="20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FC693F"/>
    <w:rPr>
      <w:i/>
      <w:iCs/>
      <w:color w:val="000000" w:themeColor="text1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FC693F"/>
    <w:rPr>
      <w:i/>
      <w:iCs/>
      <w:color w:val="000000" w:themeColor="text1"/>
    </w:rPr>
  </w:style>
  <w:style w:type="character" w:customStyle="1" w:styleId="u4Char">
    <w:name w:val="Đầu đề 4 Char"/>
    <w:basedOn w:val="Phngmcinhcuaoanvn"/>
    <w:link w:val="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u5Char">
    <w:name w:val="Đầu đề 5 Char"/>
    <w:basedOn w:val="Phngmcinhcuaoanvn"/>
    <w:link w:val="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u7Char">
    <w:name w:val="Đầu đề 7 Char"/>
    <w:basedOn w:val="Phngmcinhcuaoanvn"/>
    <w:link w:val="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u8Char">
    <w:name w:val="Đầu đề 8 Char"/>
    <w:basedOn w:val="Phngmcinhcuaoanvn"/>
    <w:link w:val="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u9Char">
    <w:name w:val="Đầu đề 9 Char"/>
    <w:basedOn w:val="Phngmcinhcuaoanvn"/>
    <w:link w:val="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huthich">
    <w:name w:val="caption"/>
    <w:basedOn w:val="Binhthng"/>
    <w:next w:val="Binhthng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Manh">
    <w:name w:val="Strong"/>
    <w:basedOn w:val="Phngmcinhcuaoanvn"/>
    <w:uiPriority w:val="22"/>
    <w:qFormat/>
    <w:rsid w:val="00FC693F"/>
    <w:rPr>
      <w:b/>
      <w:bCs/>
    </w:rPr>
  </w:style>
  <w:style w:type="character" w:styleId="Nhnmanh">
    <w:name w:val="Emphasis"/>
    <w:basedOn w:val="Phngmcinhcuaoanvn"/>
    <w:uiPriority w:val="20"/>
    <w:qFormat/>
    <w:rsid w:val="00FC693F"/>
    <w:rPr>
      <w:i/>
      <w:iCs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haykepmChar">
    <w:name w:val="Nháy kép Đậm Char"/>
    <w:basedOn w:val="Phngmcinhcuaoanvn"/>
    <w:link w:val="Nhaykepm"/>
    <w:uiPriority w:val="30"/>
    <w:rsid w:val="00FC693F"/>
    <w:rPr>
      <w:b/>
      <w:bCs/>
      <w:i/>
      <w:iCs/>
      <w:color w:val="4F81BD" w:themeColor="accent1"/>
    </w:rPr>
  </w:style>
  <w:style w:type="character" w:styleId="NhnmanhTinht">
    <w:name w:val="Subtle Emphasis"/>
    <w:basedOn w:val="Phngmcinhcuaoanvn"/>
    <w:uiPriority w:val="19"/>
    <w:qFormat/>
    <w:rsid w:val="00FC693F"/>
    <w:rPr>
      <w:i/>
      <w:iCs/>
      <w:color w:val="808080" w:themeColor="text1" w:themeTint="7F"/>
    </w:rPr>
  </w:style>
  <w:style w:type="character" w:styleId="NhnmnhThm">
    <w:name w:val="Intense Emphasis"/>
    <w:basedOn w:val="Phngmcinhcuaoanvn"/>
    <w:uiPriority w:val="21"/>
    <w:qFormat/>
    <w:rsid w:val="00FC693F"/>
    <w:rPr>
      <w:b/>
      <w:bCs/>
      <w:i/>
      <w:iCs/>
      <w:color w:val="4F81BD" w:themeColor="accent1"/>
    </w:rPr>
  </w:style>
  <w:style w:type="character" w:styleId="ThamchiuTinht">
    <w:name w:val="Subtle Reference"/>
    <w:basedOn w:val="Phngmcinhcuaoanvn"/>
    <w:uiPriority w:val="31"/>
    <w:qFormat/>
    <w:rsid w:val="00FC693F"/>
    <w:rPr>
      <w:smallCaps/>
      <w:color w:val="C0504D" w:themeColor="accent2"/>
      <w:u w:val="single"/>
    </w:rPr>
  </w:style>
  <w:style w:type="character" w:styleId="ThamchiuNhnmnh">
    <w:name w:val="Intense Reference"/>
    <w:basedOn w:val="Phngmcinhcuaoanvn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uSach">
    <w:name w:val="Book Title"/>
    <w:basedOn w:val="Phngmcinhcuaoanvn"/>
    <w:uiPriority w:val="33"/>
    <w:qFormat/>
    <w:rsid w:val="00FC693F"/>
    <w:rPr>
      <w:b/>
      <w:bCs/>
      <w:smallCaps/>
      <w:spacing w:val="5"/>
    </w:rPr>
  </w:style>
  <w:style w:type="paragraph" w:styleId="uMucluc">
    <w:name w:val="TOC Heading"/>
    <w:basedOn w:val="u1"/>
    <w:next w:val="Binhthng"/>
    <w:uiPriority w:val="39"/>
    <w:semiHidden/>
    <w:unhideWhenUsed/>
    <w:qFormat/>
    <w:rsid w:val="00FC693F"/>
    <w:pPr>
      <w:outlineLvl w:val="9"/>
    </w:pPr>
  </w:style>
  <w:style w:type="table" w:styleId="LiBang">
    <w:name w:val="Table Grid"/>
    <w:basedOn w:val="BangThngthng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nnMausang">
    <w:name w:val="Light Shading"/>
    <w:basedOn w:val="BangThngthng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nnMausang-Nhnmanh1">
    <w:name w:val="Light Shading Accent 1"/>
    <w:basedOn w:val="BangThngthng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nnMausang-Nhnmanh2">
    <w:name w:val="Light Shading Accent 2"/>
    <w:basedOn w:val="BangThngthng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nnMausang-Nhnmanh3">
    <w:name w:val="Light Shading Accent 3"/>
    <w:basedOn w:val="BangThngthng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nnMausang-Nhnmanh4">
    <w:name w:val="Light Shading Accent 4"/>
    <w:basedOn w:val="BangThngthng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nnMausang-Nhnmanh5">
    <w:name w:val="Light Shading Accent 5"/>
    <w:basedOn w:val="BangThngthng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nnMausang-Nhnmanh6">
    <w:name w:val="Light Shading Accent 6"/>
    <w:basedOn w:val="BangThngthng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DanhsachMausang">
    <w:name w:val="Light List"/>
    <w:basedOn w:val="BangThngthng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anhsachMausang-Nhnmanh1">
    <w:name w:val="Light List Accent 1"/>
    <w:basedOn w:val="BangThngthng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nhsachMausang-Nhnmanh2">
    <w:name w:val="Light List Accent 2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DanhsachMausang-Nhnmanh3">
    <w:name w:val="Light List Accent 3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DanhsachMausang-Nhnmanh4">
    <w:name w:val="Light List Accent 4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DanhsachMausang-Nhnmanh5">
    <w:name w:val="Light List Accent 5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nhsachMausang-Nhnmanh6">
    <w:name w:val="Light List Accent 6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Mausang">
    <w:name w:val="Light Grid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Mausang-Nhnmanh1">
    <w:name w:val="Light Grid Accent 1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Mausang-Nhnmanh2">
    <w:name w:val="Light Grid Accent 2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Mausang-Nhnmanh3">
    <w:name w:val="Light Grid Accent 3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Mausang-Nhnmanh4">
    <w:name w:val="Light Grid Accent 4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Mausang-Nhnmanh5">
    <w:name w:val="Light Grid Accent 5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Mausang-Nhnmanh6">
    <w:name w:val="Light Grid Accent 6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nnVa1">
    <w:name w:val="Medium Shading 1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1">
    <w:name w:val="Medium Shading 1 Accent 1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2">
    <w:name w:val="Medium Shading 1 Accent 2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3">
    <w:name w:val="Medium Shading 1 Accent 3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4">
    <w:name w:val="Medium Shading 1 Accent 4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5">
    <w:name w:val="Medium Shading 1 Accent 5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6">
    <w:name w:val="Medium Shading 1 Accent 6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2">
    <w:name w:val="Medium Shading 2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1">
    <w:name w:val="Medium Shading 2 Accent 1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2">
    <w:name w:val="Medium Shading 2 Accent 2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3">
    <w:name w:val="Medium Shading 2 Accent 3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4">
    <w:name w:val="Medium Shading 2 Accent 4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5">
    <w:name w:val="Medium Shading 2 Accent 5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6">
    <w:name w:val="Medium Shading 2 Accent 6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nhsachVa1">
    <w:name w:val="Medium List 1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DanhsachVa1-Nhnmanh1">
    <w:name w:val="Medium List 1 Accent 1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DanhsachVa1-Nhnmanh2">
    <w:name w:val="Medium List 1 Accent 2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DanhsachVa1-Nhnmanh3">
    <w:name w:val="Medium List 1 Accent 3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DanhsachVa1-Nhnmanh4">
    <w:name w:val="Medium List 1 Accent 4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DanhsachVa1-Nhnmanh5">
    <w:name w:val="Medium List 1 Accent 5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DanhsachVa1-Nhnmanh6">
    <w:name w:val="Medium List 1 Accent 6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DanhsachVa2">
    <w:name w:val="Medium List 2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1">
    <w:name w:val="Medium List 2 Accent 1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2">
    <w:name w:val="Medium List 2 Accent 2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3">
    <w:name w:val="Medium List 2 Accent 3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4">
    <w:name w:val="Medium List 2 Accent 4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5">
    <w:name w:val="Medium List 2 Accent 5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6">
    <w:name w:val="Medium List 2 Accent 6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Va1">
    <w:name w:val="Medium Grid 1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Va1-Nhnmanh1">
    <w:name w:val="Medium Grid 1 Accent 1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Va1-Nhnmanh2">
    <w:name w:val="Medium Grid 1 Accent 2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Va1-Nhnmanh3">
    <w:name w:val="Medium Grid 1 Accent 3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Va1-Nhnmanh4">
    <w:name w:val="Medium Grid 1 Accent 4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Va1-Nhnmanh5">
    <w:name w:val="Medium Grid 1 Accent 5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Va1-Nhnmanh6">
    <w:name w:val="Medium Grid 1 Accent 6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Va2">
    <w:name w:val="Medium Grid 2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1">
    <w:name w:val="Medium Grid 2 Accent 1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2">
    <w:name w:val="Medium Grid 2 Accent 2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3">
    <w:name w:val="Medium Grid 2 Accent 3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4">
    <w:name w:val="Medium Grid 2 Accent 4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5">
    <w:name w:val="Medium Grid 2 Accent 5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6">
    <w:name w:val="Medium Grid 2 Accent 6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3">
    <w:name w:val="Medium Grid 3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LiVa3-Nhnmanh1">
    <w:name w:val="Medium Grid 3 Accent 1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Va3-Nhnmanh2">
    <w:name w:val="Medium Grid 3 Accent 2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LiVa3-Nhnmanh3">
    <w:name w:val="Medium Grid 3 Accent 3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Va3-Nhnmanh4">
    <w:name w:val="Medium Grid 3 Accent 4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LiVa3-Nhnmanh5">
    <w:name w:val="Medium Grid 3 Accent 5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Va3-Nhnmanh6">
    <w:name w:val="Medium Grid 3 Accent 6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nhsachSm">
    <w:name w:val="Dark List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nhsachSm-Nhnmanh1">
    <w:name w:val="Dark List Accent 1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nhsachSm-Nhnmanh2">
    <w:name w:val="Dark List Accent 2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nhsachSm-Nhnmanh3">
    <w:name w:val="Dark List Accent 3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nhsachSm-Nhnmanh4">
    <w:name w:val="Dark List Accent 4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nhsachSm-Nhnmanh5">
    <w:name w:val="Dark List Accent 5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nhsachSm-Nhnmanh6">
    <w:name w:val="Dark List Accent 6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nnScs">
    <w:name w:val="Colorful Shading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1">
    <w:name w:val="Colorful Shading Accent 1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2">
    <w:name w:val="Colorful Shading Accent 2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3">
    <w:name w:val="Colorful Shading Accent 3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nnScs-Nhnmanh4">
    <w:name w:val="Colorful Shading Accent 4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5">
    <w:name w:val="Colorful Shading Accent 5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6">
    <w:name w:val="Colorful Shading Accent 6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nhsachScs">
    <w:name w:val="Colorful List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DanhsachScs-Nhnmanh1">
    <w:name w:val="Colorful List Accent 1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DanhsachScs-Nhnmanh2">
    <w:name w:val="Colorful List Accent 2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DanhsachScs-Nhnmanh3">
    <w:name w:val="Colorful List Accent 3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DanhsachScs-Nhnmanh4">
    <w:name w:val="Colorful List Accent 4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DanhsachScs-Nhnmanh5">
    <w:name w:val="Colorful List Accent 5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DanhsachScs-Nhnmanh6">
    <w:name w:val="Colorful List Accent 6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cs">
    <w:name w:val="Colorful Grid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Scs-Nhnmanh1">
    <w:name w:val="Colorful Grid Accent 1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cs-Nhnmanh2">
    <w:name w:val="Colorful Grid Accent 2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Scs-Nhnmanh3">
    <w:name w:val="Colorful Grid Accent 3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Scs-Nhnmanh4">
    <w:name w:val="Colorful Grid Accent 4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Scs-Nhnmanh5">
    <w:name w:val="Colorful Grid Accent 5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Scs-Nhnmanh6">
    <w:name w:val="Colorful Grid Accent 6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Manh Cuong Ngo</cp:lastModifiedBy>
  <cp:revision>2</cp:revision>
  <dcterms:created xsi:type="dcterms:W3CDTF">2026-06-09T17:34:00Z</dcterms:created>
  <dcterms:modified xsi:type="dcterms:W3CDTF">2026-06-09T17:34:00Z</dcterms:modified>
  <cp:category/>
</cp:coreProperties>
</file>